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A2C76" w14:paraId="0AC9D473" w14:textId="77777777" w:rsidTr="00D82754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CDE9397" w14:textId="77777777" w:rsidR="002A2C76" w:rsidRDefault="002A2C76" w:rsidP="00D82754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38D303BC" wp14:editId="12431007">
                  <wp:extent cx="882650" cy="1403985"/>
                  <wp:effectExtent l="0" t="0" r="0" b="5715"/>
                  <wp:docPr id="226019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019289" name="Picture 226019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D0D602" w14:textId="77777777" w:rsidR="002A2C76" w:rsidRDefault="002A2C76" w:rsidP="00D8275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63AECF82" w14:textId="77777777" w:rsidR="002A2C76" w:rsidRPr="00032D94" w:rsidRDefault="002A2C76" w:rsidP="00D82754">
            <w:pPr>
              <w:keepNext/>
              <w:rPr>
                <w:sz w:val="11"/>
                <w:szCs w:val="18"/>
              </w:rPr>
            </w:pPr>
            <w:r>
              <w:rPr>
                <w:b/>
                <w:color w:val="0D5F78"/>
              </w:rPr>
              <w:t xml:space="preserve">Județul   </w:t>
            </w:r>
            <w:r>
              <w:t xml:space="preserve">  </w:t>
            </w:r>
          </w:p>
          <w:p w14:paraId="445BA4B0" w14:textId="77777777" w:rsidR="002A2C76" w:rsidRPr="00025631" w:rsidRDefault="002A2C76" w:rsidP="00D82754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2A2C76" w14:paraId="3330FEBF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7BE7F174" w14:textId="77777777" w:rsidR="002A2C76" w:rsidRDefault="002A2C76" w:rsidP="00D82754"/>
        </w:tc>
        <w:tc>
          <w:tcPr>
            <w:tcW w:w="8030" w:type="dxa"/>
            <w:gridSpan w:val="3"/>
            <w:shd w:val="clear" w:color="auto" w:fill="F0F0F0"/>
          </w:tcPr>
          <w:p w14:paraId="0C26D964" w14:textId="77777777" w:rsidR="002A2C76" w:rsidRDefault="002A2C76" w:rsidP="00D82754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96E9AAF" w14:textId="77777777" w:rsidR="002A2C76" w:rsidRPr="00025631" w:rsidRDefault="002A2C76" w:rsidP="00D82754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  <w:r w:rsidRPr="00025631">
              <w:rPr>
                <w:rFonts w:asciiTheme="majorHAnsi" w:hAnsiTheme="majorHAnsi" w:cstheme="majorHAnsi"/>
                <w:sz w:val="20"/>
                <w:szCs w:val="32"/>
              </w:rPr>
              <w:t xml:space="preserve">                                 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PRIMĂRIA MUNICIPIULUI ALBA IULIA</w:t>
            </w:r>
          </w:p>
        </w:tc>
      </w:tr>
      <w:tr w:rsidR="002A2C76" w14:paraId="35C0F10A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79A9B0B0" w14:textId="77777777" w:rsidR="002A2C76" w:rsidRDefault="002A2C76" w:rsidP="00D82754"/>
        </w:tc>
        <w:tc>
          <w:tcPr>
            <w:tcW w:w="2409" w:type="dxa"/>
            <w:shd w:val="clear" w:color="auto" w:fill="F0F0F0"/>
          </w:tcPr>
          <w:p w14:paraId="7DEC3ED4" w14:textId="77777777" w:rsidR="002A2C76" w:rsidRPr="00F801F2" w:rsidRDefault="002A2C76" w:rsidP="00D8275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6B33449F" w14:textId="77777777" w:rsidR="002A2C76" w:rsidRPr="00025631" w:rsidRDefault="002A2C76" w:rsidP="00D82754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456292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28DC8079" w14:textId="77777777" w:rsidR="002A2C76" w:rsidRPr="00025631" w:rsidRDefault="002A2C76" w:rsidP="00D82754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r>
              <w:rPr>
                <w:b/>
                <w:color w:val="0D5F78"/>
              </w:rPr>
              <w:t xml:space="preserve">Adresa oficială               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Calea Moților, Nr. 5A </w:t>
            </w:r>
            <w:r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510134 Alba Iulia</w:t>
            </w:r>
          </w:p>
          <w:p w14:paraId="2E396D69" w14:textId="77777777" w:rsidR="002A2C76" w:rsidRDefault="002A2C76" w:rsidP="00D82754">
            <w:pPr>
              <w:keepNext/>
            </w:pPr>
            <w:r>
              <w:rPr>
                <w:i/>
                <w:color w:val="7A7A7A"/>
              </w:rPr>
              <w:t xml:space="preserve">sediul · telefon · e-mail       </w:t>
            </w:r>
          </w:p>
          <w:p w14:paraId="6C272B9C" w14:textId="77777777" w:rsidR="002A2C76" w:rsidRPr="00025631" w:rsidRDefault="002A2C76" w:rsidP="00D82754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819462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· office@apulum.ro</w:t>
            </w:r>
          </w:p>
        </w:tc>
      </w:tr>
      <w:tr w:rsidR="002A2C76" w14:paraId="41516943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45EBDFBA" w14:textId="77777777" w:rsidR="002A2C76" w:rsidRDefault="002A2C76" w:rsidP="00D82754"/>
        </w:tc>
        <w:tc>
          <w:tcPr>
            <w:tcW w:w="4818" w:type="dxa"/>
            <w:gridSpan w:val="2"/>
            <w:shd w:val="clear" w:color="auto" w:fill="F0F0F0"/>
          </w:tcPr>
          <w:p w14:paraId="04F2CD46" w14:textId="77777777" w:rsidR="002A2C76" w:rsidRDefault="002A2C76" w:rsidP="00D82754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1B99CB7" w14:textId="77777777" w:rsidR="002A2C76" w:rsidRDefault="002A2C76" w:rsidP="00D8275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8BE11B6" w14:textId="77777777" w:rsidR="002A2C76" w:rsidRDefault="002A2C76" w:rsidP="00D8275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EBA6F6D" w14:textId="77777777" w:rsidR="002A2C76" w:rsidRDefault="002A2C76" w:rsidP="00D82754">
            <w:pPr>
              <w:keepNext/>
            </w:pPr>
          </w:p>
        </w:tc>
      </w:tr>
      <w:tr w:rsidR="002A2C76" w:rsidRPr="0021562A" w14:paraId="1145AB8D" w14:textId="77777777" w:rsidTr="00D82754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B3FFFCF" w14:textId="77777777" w:rsidR="002A2C76" w:rsidRPr="00F801F2" w:rsidRDefault="002A2C76" w:rsidP="00D82754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604AE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604AE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604A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604AE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Instituția</w:t>
            </w:r>
          </w:p>
          <w:p w14:paraId="5641DACE" w14:textId="30F50F92" w:rsidR="00A11ECC" w:rsidRPr="00E6757A" w:rsidRDefault="00D56511">
            <w:pPr>
              <w:keepNext/>
              <w:rPr>
                <w:lang w:val="fr-F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</w:t>
            </w:r>
            <w:r w:rsidR="000604AE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ARUL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MUNICIPIULUI ALBA IULIA</w:t>
            </w:r>
            <w:r w:rsidRPr="00E6757A">
              <w:rPr>
                <w:lang w:val="fr-FR"/>
              </w:rPr>
              <w:t xml:space="preserve"> </w:t>
            </w: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604AE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 xml:space="preserve">Cererea va fi transmisă către președintele consiliului județean, primarul general, </w:t>
            </w:r>
            <w:r w:rsidRPr="00E6757A">
              <w:rPr>
                <w:lang w:val="fr-FR"/>
              </w:rPr>
              <w:t>primarul de sector sau primarul municipiului / orașului / comunei, după caz.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604AE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604AE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604AE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604A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604AE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604AE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604AE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604AE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604AE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604AE">
            <w:r>
              <w:rPr>
                <w:b/>
                <w:color w:val="0D5F78"/>
              </w:rPr>
              <w:t>în valoare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604AE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604AE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604AE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vor începe lucrările de construcții autorizate</w:t>
            </w:r>
          </w:p>
          <w:p w14:paraId="3DC112F4" w14:textId="77777777" w:rsidR="00A11ECC" w:rsidRDefault="000604AE">
            <w:r>
              <w:rPr>
                <w:i/>
                <w:color w:val="7A7A7A"/>
              </w:rPr>
              <w:t>pentru imobilul de mai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604A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604AE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604AE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Număr</w:t>
            </w:r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604AE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604AE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604AE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604AE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604AE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604AE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604AE">
            <w:pPr>
              <w:spacing w:line="228" w:lineRule="auto"/>
              <w:rPr>
                <w:lang w:val="fr-FR"/>
              </w:rPr>
            </w:pPr>
            <w:r w:rsidRPr="00E6757A">
              <w:rPr>
                <w:lang w:val="fr-FR"/>
              </w:rPr>
              <w:t xml:space="preserve">Formularul se anexează la autorizația de construire / desființare în două exemplare. Titularul autorizației este </w:t>
            </w:r>
            <w:r w:rsidRPr="00E6757A">
              <w:rPr>
                <w:lang w:val="fr-FR"/>
              </w:rPr>
              <w:t>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B8127" w14:textId="77777777" w:rsidR="00844A82" w:rsidRDefault="00844A82">
      <w:r>
        <w:separator/>
      </w:r>
    </w:p>
  </w:endnote>
  <w:endnote w:type="continuationSeparator" w:id="0">
    <w:p w14:paraId="3D24611F" w14:textId="77777777" w:rsidR="00844A82" w:rsidRDefault="00844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604AE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62B06" w14:textId="77777777" w:rsidR="00844A82" w:rsidRDefault="00844A82">
      <w:r>
        <w:separator/>
      </w:r>
    </w:p>
  </w:footnote>
  <w:footnote w:type="continuationSeparator" w:id="0">
    <w:p w14:paraId="71E8A8B8" w14:textId="77777777" w:rsidR="00844A82" w:rsidRDefault="00844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4AE"/>
    <w:rsid w:val="0006063C"/>
    <w:rsid w:val="000A01C0"/>
    <w:rsid w:val="00123DA8"/>
    <w:rsid w:val="0015074B"/>
    <w:rsid w:val="00182EDC"/>
    <w:rsid w:val="001C4CDE"/>
    <w:rsid w:val="001F772B"/>
    <w:rsid w:val="0029639D"/>
    <w:rsid w:val="002A2C76"/>
    <w:rsid w:val="00326F90"/>
    <w:rsid w:val="006113AC"/>
    <w:rsid w:val="006C103E"/>
    <w:rsid w:val="00844A82"/>
    <w:rsid w:val="00A11ECC"/>
    <w:rsid w:val="00A51F85"/>
    <w:rsid w:val="00AA1D8D"/>
    <w:rsid w:val="00B47730"/>
    <w:rsid w:val="00C35C5D"/>
    <w:rsid w:val="00CB0664"/>
    <w:rsid w:val="00D56511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5</cp:revision>
  <dcterms:created xsi:type="dcterms:W3CDTF">2013-12-23T23:15:00Z</dcterms:created>
  <dcterms:modified xsi:type="dcterms:W3CDTF">2026-09-09T08:50:00Z</dcterms:modified>
  <cp:category/>
</cp:coreProperties>
</file>