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522843" w14:paraId="74A22743" w14:textId="77777777" w:rsidTr="00D82754">
        <w:trPr>
          <w:cantSplit/>
          <w:trHeight w:val="510"/>
        </w:trPr>
        <w:tc>
          <w:tcPr>
            <w:tcW w:w="1606" w:type="dxa"/>
            <w:vMerge w:val="restart"/>
            <w:vAlign w:val="center"/>
          </w:tcPr>
          <w:p w14:paraId="1E364475" w14:textId="77777777" w:rsidR="00522843" w:rsidRDefault="00522843" w:rsidP="00D82754">
            <w:pPr>
              <w:keepNext/>
              <w:jc w:val="center"/>
              <w:rPr>
                <w:i/>
                <w:color w:val="595959"/>
              </w:rPr>
            </w:pPr>
            <w:r>
              <w:rPr>
                <w:i/>
                <w:noProof/>
                <w:color w:val="595959"/>
              </w:rPr>
              <w:drawing>
                <wp:inline distT="0" distB="0" distL="0" distR="0" wp14:anchorId="7563FE31" wp14:editId="181BA400">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22ECFD2B" w14:textId="77777777" w:rsidR="00522843" w:rsidRDefault="00522843" w:rsidP="00D82754">
            <w:pPr>
              <w:keepNext/>
              <w:jc w:val="center"/>
            </w:pPr>
          </w:p>
        </w:tc>
        <w:tc>
          <w:tcPr>
            <w:tcW w:w="8030" w:type="dxa"/>
            <w:gridSpan w:val="3"/>
            <w:shd w:val="clear" w:color="auto" w:fill="F0F0F0"/>
          </w:tcPr>
          <w:p w14:paraId="78B92B17" w14:textId="77777777" w:rsidR="00522843" w:rsidRPr="00032D94" w:rsidRDefault="00522843" w:rsidP="00D82754">
            <w:pPr>
              <w:keepNext/>
              <w:rPr>
                <w:sz w:val="11"/>
                <w:szCs w:val="18"/>
              </w:rPr>
            </w:pPr>
            <w:r>
              <w:rPr>
                <w:b/>
                <w:color w:val="0D5F78"/>
              </w:rPr>
              <w:t xml:space="preserve">Județul   </w:t>
            </w:r>
            <w:r>
              <w:t xml:space="preserve">  </w:t>
            </w:r>
          </w:p>
          <w:p w14:paraId="72B714B4" w14:textId="77777777" w:rsidR="00522843" w:rsidRPr="00025631" w:rsidRDefault="00522843"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522843" w14:paraId="18E8C5ED" w14:textId="77777777" w:rsidTr="00D82754">
        <w:trPr>
          <w:cantSplit/>
          <w:trHeight w:val="510"/>
        </w:trPr>
        <w:tc>
          <w:tcPr>
            <w:tcW w:w="1606" w:type="dxa"/>
            <w:vMerge/>
          </w:tcPr>
          <w:p w14:paraId="0BC92882" w14:textId="77777777" w:rsidR="00522843" w:rsidRDefault="00522843" w:rsidP="00D82754"/>
        </w:tc>
        <w:tc>
          <w:tcPr>
            <w:tcW w:w="8030" w:type="dxa"/>
            <w:gridSpan w:val="3"/>
            <w:shd w:val="clear" w:color="auto" w:fill="F0F0F0"/>
          </w:tcPr>
          <w:p w14:paraId="3F23BDBF" w14:textId="77777777" w:rsidR="00522843" w:rsidRDefault="00522843" w:rsidP="00D82754">
            <w:pPr>
              <w:keepNext/>
            </w:pPr>
            <w:r>
              <w:rPr>
                <w:b/>
                <w:color w:val="0D5F78"/>
              </w:rPr>
              <w:t>Autoritatea administrației publice</w:t>
            </w:r>
          </w:p>
          <w:p w14:paraId="59331CE8" w14:textId="77777777" w:rsidR="00522843" w:rsidRPr="00025631" w:rsidRDefault="00522843"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522843" w14:paraId="567A7F41" w14:textId="77777777" w:rsidTr="00D82754">
        <w:trPr>
          <w:cantSplit/>
          <w:trHeight w:val="510"/>
        </w:trPr>
        <w:tc>
          <w:tcPr>
            <w:tcW w:w="1606" w:type="dxa"/>
            <w:vMerge/>
          </w:tcPr>
          <w:p w14:paraId="34FDE02D" w14:textId="77777777" w:rsidR="00522843" w:rsidRDefault="00522843" w:rsidP="00D82754"/>
        </w:tc>
        <w:tc>
          <w:tcPr>
            <w:tcW w:w="2409" w:type="dxa"/>
            <w:shd w:val="clear" w:color="auto" w:fill="F0F0F0"/>
          </w:tcPr>
          <w:p w14:paraId="0A8DF857" w14:textId="77777777" w:rsidR="00522843" w:rsidRPr="00F801F2" w:rsidRDefault="00522843" w:rsidP="00D82754">
            <w:pPr>
              <w:keepNext/>
              <w:rPr>
                <w:lang w:val="fr-FR"/>
              </w:rPr>
            </w:pPr>
            <w:r w:rsidRPr="00F801F2">
              <w:rPr>
                <w:b/>
                <w:color w:val="0D5F78"/>
                <w:lang w:val="fr-FR"/>
              </w:rPr>
              <w:t>Cod de identificare fiscală (CIF)</w:t>
            </w:r>
          </w:p>
          <w:p w14:paraId="037CDADB" w14:textId="77777777" w:rsidR="00522843" w:rsidRPr="00025631" w:rsidRDefault="00522843"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67E4AE57" w14:textId="77777777" w:rsidR="00522843" w:rsidRPr="00025631" w:rsidRDefault="00522843" w:rsidP="00D82754">
            <w:pPr>
              <w:keepNext/>
              <w:rPr>
                <w:rFonts w:asciiTheme="majorHAnsi" w:hAnsiTheme="majorHAnsi" w:cstheme="majorHAnsi"/>
                <w:bCs/>
                <w:sz w:val="16"/>
                <w:szCs w:val="24"/>
              </w:rPr>
            </w:pPr>
            <w:r>
              <w:rPr>
                <w:b/>
                <w:color w:val="0D5F78"/>
              </w:rPr>
              <w:t xml:space="preserve">Adresa oficială                </w:t>
            </w:r>
            <w:r w:rsidRPr="00025631">
              <w:rPr>
                <w:rFonts w:asciiTheme="majorHAnsi" w:hAnsiTheme="majorHAnsi" w:cstheme="majorHAnsi"/>
                <w:bCs/>
                <w:sz w:val="18"/>
                <w:szCs w:val="28"/>
              </w:rPr>
              <w:t xml:space="preserve">Calea Moților,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4B0134F1" w14:textId="77777777" w:rsidR="00522843" w:rsidRDefault="00522843" w:rsidP="00D82754">
            <w:pPr>
              <w:keepNext/>
            </w:pPr>
            <w:r>
              <w:rPr>
                <w:i/>
                <w:color w:val="7A7A7A"/>
              </w:rPr>
              <w:t xml:space="preserve">sediul · telefon · e-mail       </w:t>
            </w:r>
          </w:p>
          <w:p w14:paraId="0858ECA1" w14:textId="77777777" w:rsidR="00522843" w:rsidRPr="00025631" w:rsidRDefault="00522843"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522843" w14:paraId="1B0364ED" w14:textId="77777777" w:rsidTr="00D82754">
        <w:trPr>
          <w:cantSplit/>
          <w:trHeight w:val="510"/>
        </w:trPr>
        <w:tc>
          <w:tcPr>
            <w:tcW w:w="1606" w:type="dxa"/>
            <w:vMerge/>
          </w:tcPr>
          <w:p w14:paraId="3470C53E" w14:textId="77777777" w:rsidR="00522843" w:rsidRDefault="00522843" w:rsidP="00D82754"/>
        </w:tc>
        <w:tc>
          <w:tcPr>
            <w:tcW w:w="4818" w:type="dxa"/>
            <w:gridSpan w:val="2"/>
            <w:shd w:val="clear" w:color="auto" w:fill="F0F0F0"/>
          </w:tcPr>
          <w:p w14:paraId="654BB330" w14:textId="77777777" w:rsidR="00522843" w:rsidRDefault="00522843" w:rsidP="00D82754">
            <w:pPr>
              <w:keepNext/>
            </w:pPr>
            <w:r>
              <w:rPr>
                <w:b/>
                <w:color w:val="0D5F78"/>
              </w:rPr>
              <w:t>Număr de înregistrare</w:t>
            </w:r>
          </w:p>
          <w:p w14:paraId="24262636" w14:textId="77777777" w:rsidR="00522843" w:rsidRDefault="00522843" w:rsidP="00D82754">
            <w:pPr>
              <w:keepNext/>
            </w:pPr>
          </w:p>
        </w:tc>
        <w:tc>
          <w:tcPr>
            <w:tcW w:w="3212" w:type="dxa"/>
            <w:shd w:val="clear" w:color="auto" w:fill="F0F0F0"/>
          </w:tcPr>
          <w:p w14:paraId="66949D10" w14:textId="77777777" w:rsidR="00522843" w:rsidRDefault="00522843" w:rsidP="00D82754">
            <w:pPr>
              <w:keepNext/>
            </w:pPr>
            <w:r>
              <w:rPr>
                <w:b/>
                <w:color w:val="0D5F78"/>
              </w:rPr>
              <w:t>Data</w:t>
            </w:r>
          </w:p>
          <w:p w14:paraId="6E5A5889" w14:textId="77777777" w:rsidR="00522843" w:rsidRDefault="00522843" w:rsidP="00D82754">
            <w:pPr>
              <w:keepNext/>
            </w:pPr>
          </w:p>
        </w:tc>
      </w:tr>
      <w:tr w:rsidR="00522843" w:rsidRPr="0021562A" w14:paraId="77904996" w14:textId="77777777" w:rsidTr="00D82754">
        <w:trPr>
          <w:cantSplit/>
        </w:trPr>
        <w:tc>
          <w:tcPr>
            <w:tcW w:w="9636" w:type="dxa"/>
            <w:gridSpan w:val="4"/>
            <w:shd w:val="clear" w:color="auto" w:fill="F0F0F0"/>
          </w:tcPr>
          <w:p w14:paraId="6C4393F7" w14:textId="77777777" w:rsidR="00522843" w:rsidRPr="00F801F2" w:rsidRDefault="00522843" w:rsidP="00D82754">
            <w:pPr>
              <w:rPr>
                <w:lang w:val="fr-FR"/>
              </w:rPr>
            </w:pPr>
            <w:r w:rsidRPr="00F801F2">
              <w:rPr>
                <w:i/>
                <w:color w:val="595959"/>
                <w:lang w:val="fr-FR"/>
              </w:rPr>
              <w:t xml:space="preserve"> se completează de autoritate — solicitantul nu scrie în această zonă</w:t>
            </w:r>
          </w:p>
        </w:tc>
      </w:tr>
    </w:tbl>
    <w:p w14:paraId="0E0F6F3E" w14:textId="77777777" w:rsidR="00945CC5" w:rsidRPr="004E6AFA" w:rsidRDefault="00FA7758"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4E6AFA" w14:paraId="238566F9" w14:textId="77777777">
        <w:trPr>
          <w:cantSplit/>
          <w:trHeight w:val="510"/>
        </w:trPr>
        <w:tc>
          <w:tcPr>
            <w:tcW w:w="9636" w:type="dxa"/>
          </w:tcPr>
          <w:p w14:paraId="494758AE" w14:textId="77777777" w:rsidR="00945CC5" w:rsidRPr="003E706D" w:rsidRDefault="00FA7758">
            <w:pPr>
              <w:keepNext/>
              <w:rPr>
                <w:lang w:val="fr-FR"/>
              </w:rPr>
            </w:pPr>
            <w:r w:rsidRPr="003E706D">
              <w:rPr>
                <w:b/>
                <w:color w:val="0D5F78"/>
                <w:lang w:val="fr-FR"/>
              </w:rPr>
              <w:t>Instituția</w:t>
            </w:r>
          </w:p>
          <w:p w14:paraId="1C5FD545" w14:textId="28670D3D" w:rsidR="00945CC5" w:rsidRPr="003E706D" w:rsidRDefault="00807409">
            <w:pPr>
              <w:keepNext/>
              <w:rPr>
                <w:lang w:val="fr-FR"/>
              </w:rPr>
            </w:pPr>
            <w:r>
              <w:rPr>
                <w:rFonts w:asciiTheme="majorHAnsi" w:hAnsiTheme="majorHAnsi" w:cstheme="majorHAnsi"/>
                <w:b/>
                <w:bCs/>
                <w:sz w:val="22"/>
                <w:szCs w:val="36"/>
                <w:lang w:val="ro-RO"/>
              </w:rPr>
              <w:t xml:space="preserve">             </w:t>
            </w:r>
            <w:r w:rsidRPr="00025631">
              <w:rPr>
                <w:rFonts w:asciiTheme="majorHAnsi" w:hAnsiTheme="majorHAnsi" w:cstheme="majorHAnsi"/>
                <w:b/>
                <w:bCs/>
                <w:sz w:val="22"/>
                <w:szCs w:val="36"/>
                <w:lang w:val="ro-RO"/>
              </w:rPr>
              <w:t>PRIM</w:t>
            </w:r>
            <w:r w:rsidR="000E3AF8">
              <w:rPr>
                <w:rFonts w:asciiTheme="majorHAnsi" w:hAnsiTheme="majorHAnsi" w:cstheme="majorHAnsi"/>
                <w:b/>
                <w:bCs/>
                <w:sz w:val="22"/>
                <w:szCs w:val="36"/>
                <w:lang w:val="ro-RO"/>
              </w:rPr>
              <w:t>ARUL</w:t>
            </w:r>
            <w:r w:rsidRPr="00025631">
              <w:rPr>
                <w:rFonts w:asciiTheme="majorHAnsi" w:hAnsiTheme="majorHAnsi" w:cstheme="majorHAnsi"/>
                <w:b/>
                <w:bCs/>
                <w:sz w:val="22"/>
                <w:szCs w:val="36"/>
                <w:lang w:val="ro-RO"/>
              </w:rPr>
              <w:t xml:space="preserve"> MUNICIPIULUI ALBA IULIA</w:t>
            </w:r>
            <w:r w:rsidRPr="003E706D">
              <w:rPr>
                <w:lang w:val="fr-FR"/>
              </w:rPr>
              <w:t xml:space="preserve"> </w:t>
            </w:r>
          </w:p>
        </w:tc>
      </w:tr>
      <w:tr w:rsidR="00945CC5" w:rsidRPr="004E6AFA" w14:paraId="66E960AE" w14:textId="77777777">
        <w:trPr>
          <w:cantSplit/>
        </w:trPr>
        <w:tc>
          <w:tcPr>
            <w:tcW w:w="9636" w:type="dxa"/>
            <w:shd w:val="clear" w:color="auto" w:fill="F4F4F4"/>
          </w:tcPr>
          <w:p w14:paraId="4FCC2D0E" w14:textId="77777777" w:rsidR="00945CC5" w:rsidRPr="003E706D" w:rsidRDefault="00FA7758">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14:paraId="222ED0F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77777777" w:rsidR="00945CC5" w:rsidRDefault="00FA7758">
            <w:pPr>
              <w:keepNext/>
            </w:pPr>
            <w:r>
              <w:rPr>
                <w:b/>
                <w:color w:val="0D5F78"/>
              </w:rPr>
              <w:t>Nume și prenume</w:t>
            </w:r>
          </w:p>
          <w:p w14:paraId="15D8905F" w14:textId="77777777" w:rsidR="00945CC5" w:rsidRDefault="00945CC5">
            <w:pPr>
              <w:keepNext/>
            </w:pPr>
          </w:p>
        </w:tc>
        <w:tc>
          <w:tcPr>
            <w:tcW w:w="4015" w:type="dxa"/>
            <w:gridSpan w:val="3"/>
          </w:tcPr>
          <w:p w14:paraId="30275711" w14:textId="77777777" w:rsidR="00945CC5" w:rsidRDefault="00FA7758">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FA7758">
            <w:pPr>
              <w:keepNext/>
            </w:pPr>
            <w:r>
              <w:rPr>
                <w:sz w:val="16"/>
              </w:rPr>
              <w:t xml:space="preserve"> Act de identitate</w:t>
            </w:r>
          </w:p>
        </w:tc>
      </w:tr>
      <w:tr w:rsidR="00945CC5" w14:paraId="7B1D0B8A" w14:textId="77777777">
        <w:trPr>
          <w:cantSplit/>
          <w:trHeight w:val="510"/>
        </w:trPr>
        <w:tc>
          <w:tcPr>
            <w:tcW w:w="1606" w:type="dxa"/>
          </w:tcPr>
          <w:p w14:paraId="08F7C72E" w14:textId="77777777" w:rsidR="00945CC5" w:rsidRDefault="00FA7758">
            <w:pPr>
              <w:keepNext/>
            </w:pPr>
            <w:r>
              <w:rPr>
                <w:b/>
                <w:color w:val="0D5F78"/>
              </w:rPr>
              <w:t>Seria</w:t>
            </w:r>
          </w:p>
          <w:p w14:paraId="24A0D8B3" w14:textId="77777777" w:rsidR="00945CC5" w:rsidRDefault="00945CC5">
            <w:pPr>
              <w:keepNext/>
            </w:pPr>
          </w:p>
        </w:tc>
        <w:tc>
          <w:tcPr>
            <w:tcW w:w="1606" w:type="dxa"/>
          </w:tcPr>
          <w:p w14:paraId="49A60C37" w14:textId="77777777" w:rsidR="00945CC5" w:rsidRDefault="00FA7758">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FA7758">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FA7758">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FA7758">
            <w:pPr>
              <w:keepNext/>
            </w:pPr>
            <w:r>
              <w:rPr>
                <w:sz w:val="16"/>
              </w:rPr>
              <w:t xml:space="preserve"> Domiciliul</w:t>
            </w:r>
          </w:p>
        </w:tc>
      </w:tr>
      <w:tr w:rsidR="00945CC5" w14:paraId="5650FA41" w14:textId="77777777">
        <w:trPr>
          <w:cantSplit/>
          <w:trHeight w:val="510"/>
        </w:trPr>
        <w:tc>
          <w:tcPr>
            <w:tcW w:w="3212" w:type="dxa"/>
            <w:gridSpan w:val="2"/>
          </w:tcPr>
          <w:p w14:paraId="1F9DE2B5" w14:textId="77777777" w:rsidR="00945CC5" w:rsidRDefault="00FA7758">
            <w:pPr>
              <w:keepNext/>
            </w:pPr>
            <w:r>
              <w:rPr>
                <w:b/>
                <w:color w:val="0D5F78"/>
              </w:rPr>
              <w:t>Județul</w:t>
            </w:r>
          </w:p>
          <w:p w14:paraId="070EEA63" w14:textId="77777777" w:rsidR="00945CC5" w:rsidRDefault="00945CC5">
            <w:pPr>
              <w:keepNext/>
            </w:pPr>
          </w:p>
        </w:tc>
        <w:tc>
          <w:tcPr>
            <w:tcW w:w="3212" w:type="dxa"/>
            <w:gridSpan w:val="4"/>
          </w:tcPr>
          <w:p w14:paraId="62428705" w14:textId="77777777" w:rsidR="00945CC5" w:rsidRDefault="00FA7758">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FA7758">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77777777" w:rsidR="00945CC5" w:rsidRDefault="00FA7758">
            <w:pPr>
              <w:keepNext/>
            </w:pPr>
            <w:r>
              <w:rPr>
                <w:b/>
                <w:color w:val="0D5F78"/>
              </w:rPr>
              <w:t>Strada</w:t>
            </w:r>
          </w:p>
          <w:p w14:paraId="63D1970E" w14:textId="77777777" w:rsidR="00945CC5" w:rsidRDefault="00945CC5">
            <w:pPr>
              <w:keepNext/>
            </w:pPr>
          </w:p>
        </w:tc>
        <w:tc>
          <w:tcPr>
            <w:tcW w:w="803" w:type="dxa"/>
          </w:tcPr>
          <w:p w14:paraId="7A9CF27D" w14:textId="77777777" w:rsidR="00945CC5" w:rsidRDefault="00FA7758">
            <w:pPr>
              <w:keepNext/>
            </w:pPr>
            <w:r>
              <w:rPr>
                <w:b/>
                <w:color w:val="0D5F78"/>
              </w:rPr>
              <w:t>Nr.</w:t>
            </w:r>
          </w:p>
          <w:p w14:paraId="720F8FA8" w14:textId="77777777" w:rsidR="00945CC5" w:rsidRDefault="00945CC5">
            <w:pPr>
              <w:keepNext/>
            </w:pPr>
          </w:p>
        </w:tc>
        <w:tc>
          <w:tcPr>
            <w:tcW w:w="803" w:type="dxa"/>
          </w:tcPr>
          <w:p w14:paraId="5A070FC0" w14:textId="77777777" w:rsidR="00945CC5" w:rsidRDefault="00FA7758">
            <w:pPr>
              <w:keepNext/>
            </w:pPr>
            <w:r>
              <w:rPr>
                <w:b/>
                <w:color w:val="0D5F78"/>
              </w:rPr>
              <w:t>Sc.</w:t>
            </w:r>
          </w:p>
          <w:p w14:paraId="5BF40BFE" w14:textId="77777777" w:rsidR="00945CC5" w:rsidRDefault="00945CC5">
            <w:pPr>
              <w:keepNext/>
            </w:pPr>
          </w:p>
        </w:tc>
        <w:tc>
          <w:tcPr>
            <w:tcW w:w="803" w:type="dxa"/>
          </w:tcPr>
          <w:p w14:paraId="3C7D07E9" w14:textId="77777777" w:rsidR="00945CC5" w:rsidRDefault="00FA7758">
            <w:pPr>
              <w:keepNext/>
            </w:pPr>
            <w:r>
              <w:rPr>
                <w:b/>
                <w:color w:val="0D5F78"/>
              </w:rPr>
              <w:t>Et.</w:t>
            </w:r>
          </w:p>
          <w:p w14:paraId="23A53A0E" w14:textId="77777777" w:rsidR="00945CC5" w:rsidRDefault="00945CC5">
            <w:pPr>
              <w:keepNext/>
            </w:pPr>
          </w:p>
        </w:tc>
        <w:tc>
          <w:tcPr>
            <w:tcW w:w="803" w:type="dxa"/>
          </w:tcPr>
          <w:p w14:paraId="14B0FEB5" w14:textId="77777777" w:rsidR="00945CC5" w:rsidRDefault="00FA7758">
            <w:pPr>
              <w:keepNext/>
            </w:pPr>
            <w:r>
              <w:rPr>
                <w:b/>
                <w:color w:val="0D5F78"/>
              </w:rPr>
              <w:t>Ap.</w:t>
            </w:r>
          </w:p>
          <w:p w14:paraId="65283480" w14:textId="77777777" w:rsidR="00945CC5" w:rsidRDefault="00945CC5">
            <w:pPr>
              <w:keepNext/>
            </w:pPr>
          </w:p>
        </w:tc>
        <w:tc>
          <w:tcPr>
            <w:tcW w:w="1606" w:type="dxa"/>
          </w:tcPr>
          <w:p w14:paraId="52730F08" w14:textId="77777777" w:rsidR="00945CC5" w:rsidRDefault="00FA7758">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FA7758">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FA7758">
            <w:pPr>
              <w:keepNext/>
            </w:pPr>
            <w:r>
              <w:rPr>
                <w:sz w:val="16"/>
              </w:rPr>
              <w:t xml:space="preserve"> Date de contact</w:t>
            </w:r>
          </w:p>
        </w:tc>
      </w:tr>
      <w:tr w:rsidR="00945CC5" w14:paraId="12A0BD9C" w14:textId="77777777">
        <w:trPr>
          <w:cantSplit/>
          <w:trHeight w:val="510"/>
        </w:trPr>
        <w:tc>
          <w:tcPr>
            <w:tcW w:w="4015" w:type="dxa"/>
            <w:gridSpan w:val="3"/>
          </w:tcPr>
          <w:p w14:paraId="702628F0" w14:textId="77777777" w:rsidR="00945CC5" w:rsidRDefault="00FA7758">
            <w:pPr>
              <w:keepNext/>
            </w:pPr>
            <w:r>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FA7758">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FA7758">
            <w:pPr>
              <w:keepNext/>
            </w:pPr>
            <w:r>
              <w:rPr>
                <w:sz w:val="16"/>
              </w:rPr>
              <w:t xml:space="preserve"> Reprezentare</w:t>
            </w:r>
          </w:p>
        </w:tc>
      </w:tr>
      <w:tr w:rsidR="00945CC5" w14:paraId="0D454C92" w14:textId="77777777">
        <w:trPr>
          <w:cantSplit/>
          <w:trHeight w:val="510"/>
        </w:trPr>
        <w:tc>
          <w:tcPr>
            <w:tcW w:w="6424" w:type="dxa"/>
            <w:gridSpan w:val="6"/>
          </w:tcPr>
          <w:p w14:paraId="69DF8424" w14:textId="77777777" w:rsidR="00945CC5" w:rsidRDefault="00FA7758">
            <w:r>
              <w:rPr>
                <w:b/>
                <w:color w:val="0D5F78"/>
              </w:rPr>
              <w:t>În calitate de reprezentant al</w:t>
            </w:r>
          </w:p>
          <w:p w14:paraId="3EDD4294" w14:textId="77777777" w:rsidR="00945CC5" w:rsidRDefault="00945CC5"/>
        </w:tc>
        <w:tc>
          <w:tcPr>
            <w:tcW w:w="3212" w:type="dxa"/>
            <w:gridSpan w:val="2"/>
          </w:tcPr>
          <w:p w14:paraId="494FF803" w14:textId="77777777" w:rsidR="00945CC5" w:rsidRDefault="00FA7758">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4E6AFA" w14:paraId="3CD3D17A" w14:textId="77777777">
        <w:trPr>
          <w:cantSplit/>
        </w:trPr>
        <w:tc>
          <w:tcPr>
            <w:tcW w:w="9636" w:type="dxa"/>
            <w:gridSpan w:val="4"/>
            <w:shd w:val="clear" w:color="auto" w:fill="F4F4F4"/>
          </w:tcPr>
          <w:p w14:paraId="63BF4C02" w14:textId="77777777"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77777777" w:rsidR="00945CC5" w:rsidRDefault="00FA7758">
            <w:r>
              <w:rPr>
                <w:b/>
                <w:color w:val="0D5F78"/>
              </w:rPr>
              <w:t>Nr.</w:t>
            </w:r>
          </w:p>
          <w:p w14:paraId="26A8ADF7" w14:textId="77777777" w:rsidR="00945CC5" w:rsidRDefault="00945CC5"/>
        </w:tc>
        <w:tc>
          <w:tcPr>
            <w:tcW w:w="1606" w:type="dxa"/>
          </w:tcPr>
          <w:p w14:paraId="3026A8C9" w14:textId="77777777" w:rsidR="00945CC5" w:rsidRDefault="00FA7758">
            <w:r>
              <w:rPr>
                <w:b/>
                <w:color w:val="0D5F78"/>
              </w:rPr>
              <w:t>Din data</w:t>
            </w:r>
          </w:p>
          <w:p w14:paraId="5625E881" w14:textId="77777777" w:rsidR="00945CC5" w:rsidRDefault="00945CC5"/>
        </w:tc>
        <w:tc>
          <w:tcPr>
            <w:tcW w:w="2409" w:type="dxa"/>
          </w:tcPr>
          <w:p w14:paraId="075593A1" w14:textId="77777777" w:rsidR="00945CC5" w:rsidRDefault="00FA7758">
            <w:r>
              <w:rPr>
                <w:b/>
                <w:color w:val="0D5F78"/>
              </w:rPr>
              <w:t>Termen de valabilitate</w:t>
            </w:r>
          </w:p>
          <w:p w14:paraId="790D3724" w14:textId="77777777" w:rsidR="00945CC5" w:rsidRDefault="00945CC5"/>
        </w:tc>
        <w:tc>
          <w:tcPr>
            <w:tcW w:w="4015" w:type="dxa"/>
          </w:tcPr>
          <w:p w14:paraId="0B094E00" w14:textId="77777777" w:rsidR="00945CC5" w:rsidRDefault="00FA7758">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FA7758">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FA7758">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FA7758">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FA7758">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FA7758">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FA7758">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FA7758">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FA7758">
            <w:pPr>
              <w:keepNext/>
            </w:pPr>
            <w:r>
              <w:rPr>
                <w:b/>
                <w:color w:val="0D5F78"/>
              </w:rPr>
              <w:t>Nr.</w:t>
            </w:r>
          </w:p>
          <w:p w14:paraId="251210DF" w14:textId="77777777" w:rsidR="00945CC5" w:rsidRDefault="00945CC5">
            <w:pPr>
              <w:keepNext/>
            </w:pPr>
          </w:p>
        </w:tc>
        <w:tc>
          <w:tcPr>
            <w:tcW w:w="2409" w:type="dxa"/>
          </w:tcPr>
          <w:p w14:paraId="411E1021" w14:textId="77777777" w:rsidR="00945CC5" w:rsidRDefault="00FA7758">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FA7758">
            <w:pPr>
              <w:keepNext/>
              <w:rPr>
                <w:lang w:val="fr-FR"/>
              </w:rPr>
            </w:pPr>
            <w:r w:rsidRPr="003E706D">
              <w:rPr>
                <w:b/>
                <w:color w:val="0D5F78"/>
                <w:lang w:val="fr-FR"/>
              </w:rPr>
              <w:t>Număr cadastral</w:t>
            </w:r>
          </w:p>
          <w:p w14:paraId="3AF20A6E" w14:textId="77777777" w:rsidR="00945CC5" w:rsidRPr="003E706D" w:rsidRDefault="00FA7758">
            <w:pPr>
              <w:keepNext/>
              <w:rPr>
                <w:lang w:val="fr-FR"/>
              </w:rPr>
            </w:pPr>
            <w:r w:rsidRPr="003E706D">
              <w:rPr>
                <w:i/>
                <w:color w:val="7A7A7A"/>
                <w:lang w:val="fr-FR"/>
              </w:rPr>
              <w:t>dacă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FA7758">
            <w:pPr>
              <w:keepNext/>
            </w:pPr>
            <w:r>
              <w:rPr>
                <w:b/>
                <w:color w:val="0D5F78"/>
              </w:rPr>
              <w:t>Carte funciară nr.</w:t>
            </w:r>
          </w:p>
          <w:p w14:paraId="57FB9B48" w14:textId="77777777" w:rsidR="00945CC5" w:rsidRDefault="00945CC5">
            <w:pPr>
              <w:keepNext/>
            </w:pPr>
          </w:p>
        </w:tc>
      </w:tr>
      <w:tr w:rsidR="00945CC5" w14:paraId="382A7F45" w14:textId="77777777">
        <w:trPr>
          <w:cantSplit/>
        </w:trPr>
        <w:tc>
          <w:tcPr>
            <w:tcW w:w="9636" w:type="dxa"/>
            <w:gridSpan w:val="6"/>
          </w:tcPr>
          <w:p w14:paraId="728374F3" w14:textId="77777777" w:rsidR="00945CC5" w:rsidRDefault="00FA7758">
            <w:r>
              <w:rPr>
                <w:sz w:val="16"/>
              </w:rPr>
              <w:t xml:space="preserve"> ☐ extras de carte funciară actualizat, anexat     ☐ plan de încadrare în zonă în sistem Stereo 70, anexat</w:t>
            </w:r>
          </w:p>
        </w:tc>
      </w:tr>
    </w:tbl>
    <w:p w14:paraId="1D5E42A5" w14:textId="77777777" w:rsidR="00945CC5" w:rsidRDefault="00FA7758" w:rsidP="003E706D">
      <w:pPr>
        <w:spacing w:before="80" w:after="60"/>
        <w:jc w:val="center"/>
      </w:pPr>
      <w:r>
        <w:rPr>
          <w:sz w:val="18"/>
        </w:rPr>
        <w:t>în conformitate cu prevederile art. 293 din Legea nr. 169/2026 privind Codul amenajării teritoriului, urbanismului și construcțiilor, solicit emiterea</w:t>
      </w:r>
    </w:p>
    <w:p w14:paraId="6DBB5635" w14:textId="77777777" w:rsidR="00945CC5" w:rsidRDefault="00FA7758">
      <w:pPr>
        <w:spacing w:after="160"/>
        <w:jc w:val="center"/>
      </w:pPr>
      <w:r>
        <w:rPr>
          <w:b/>
          <w:sz w:val="20"/>
        </w:rPr>
        <w:t>AUTORIZAȚIEI DE MODIFICARE</w:t>
      </w:r>
    </w:p>
    <w:p w14:paraId="2C3182FB" w14:textId="7446FCB0" w:rsidR="00945CC5" w:rsidRDefault="00FA7758">
      <w:pPr>
        <w:spacing w:after="120"/>
        <w:jc w:val="center"/>
      </w:pPr>
      <w:r>
        <w:rPr>
          <w:sz w:val="19"/>
        </w:rPr>
        <w:t>în vederea realizării lucrărilor corespunzătoare modificărilor de temă</w:t>
      </w:r>
    </w:p>
    <w:p w14:paraId="027A92FB" w14:textId="77777777" w:rsidR="00945CC5" w:rsidRDefault="00945CC5">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FA7758">
            <w:pPr>
              <w:keepNext/>
            </w:pPr>
            <w:r>
              <w:rPr>
                <w:b/>
                <w:sz w:val="16"/>
              </w:rPr>
              <w:t xml:space="preserve"> 5. </w:t>
            </w:r>
            <w:r>
              <w:rPr>
                <w:b/>
                <w:color w:val="000000"/>
                <w:sz w:val="18"/>
              </w:rPr>
              <w:t>MODIFICĂRILE DE TEMĂ SOLICITATE</w:t>
            </w:r>
          </w:p>
        </w:tc>
      </w:tr>
      <w:tr w:rsidR="00945CC5" w14:paraId="02C46226" w14:textId="77777777">
        <w:trPr>
          <w:cantSplit/>
        </w:trPr>
        <w:tc>
          <w:tcPr>
            <w:tcW w:w="9636" w:type="dxa"/>
          </w:tcPr>
          <w:p w14:paraId="4247D669" w14:textId="77777777" w:rsidR="00945CC5" w:rsidRDefault="00945CC5">
            <w:pPr>
              <w:pBdr>
                <w:bottom w:val="dotted" w:sz="6" w:space="0" w:color="999999"/>
              </w:pBdr>
              <w:spacing w:after="80"/>
            </w:pPr>
          </w:p>
          <w:p w14:paraId="58F95BED" w14:textId="77777777" w:rsidR="00945CC5" w:rsidRDefault="00945CC5">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FA7758">
            <w:pPr>
              <w:keepNext/>
            </w:pPr>
            <w:r>
              <w:rPr>
                <w:b/>
                <w:sz w:val="16"/>
              </w:rPr>
              <w:t xml:space="preserve"> 6. </w:t>
            </w:r>
            <w:r>
              <w:rPr>
                <w:b/>
                <w:color w:val="000000"/>
                <w:sz w:val="18"/>
              </w:rPr>
              <w:t>ECHIPA DE PROIECTARE</w:t>
            </w:r>
          </w:p>
        </w:tc>
      </w:tr>
      <w:tr w:rsidR="00945CC5" w14:paraId="4ADE42BB" w14:textId="77777777">
        <w:trPr>
          <w:cantSplit/>
        </w:trPr>
        <w:tc>
          <w:tcPr>
            <w:tcW w:w="9636" w:type="dxa"/>
            <w:gridSpan w:val="4"/>
          </w:tcPr>
          <w:p w14:paraId="5FAB54BA" w14:textId="7AC8D2C1" w:rsidR="00945CC5" w:rsidRDefault="00FA7758">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14:paraId="5CEE7991" w14:textId="77777777">
        <w:trPr>
          <w:cantSplit/>
          <w:trHeight w:val="510"/>
        </w:trPr>
        <w:tc>
          <w:tcPr>
            <w:tcW w:w="3212" w:type="dxa"/>
          </w:tcPr>
          <w:p w14:paraId="4BB2CDA2" w14:textId="77777777" w:rsidR="00945CC5" w:rsidRDefault="00FA7758">
            <w:pPr>
              <w:keepNext/>
            </w:pPr>
            <w:r>
              <w:rPr>
                <w:b/>
                <w:color w:val="0D5F78"/>
              </w:rPr>
              <w:t>Nr. / data proiectului actualizat</w:t>
            </w:r>
          </w:p>
          <w:p w14:paraId="2587A78E" w14:textId="77777777" w:rsidR="00945CC5" w:rsidRDefault="00945CC5">
            <w:pPr>
              <w:keepNext/>
            </w:pPr>
          </w:p>
        </w:tc>
        <w:tc>
          <w:tcPr>
            <w:tcW w:w="6424" w:type="dxa"/>
            <w:gridSpan w:val="3"/>
          </w:tcPr>
          <w:p w14:paraId="6033B50C" w14:textId="77777777" w:rsidR="00945CC5" w:rsidRDefault="00FA7758">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FA7758">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FA7758">
            <w:r>
              <w:rPr>
                <w:b/>
                <w:color w:val="0D5F78"/>
              </w:rPr>
              <w:t>Nr. TNA</w:t>
            </w:r>
          </w:p>
          <w:p w14:paraId="36515EB3" w14:textId="77777777" w:rsidR="00945CC5" w:rsidRDefault="00945CC5"/>
        </w:tc>
        <w:tc>
          <w:tcPr>
            <w:tcW w:w="4015" w:type="dxa"/>
          </w:tcPr>
          <w:p w14:paraId="6AAAD556" w14:textId="77777777" w:rsidR="00945CC5" w:rsidRDefault="00FA7758">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FA7758">
            <w:pPr>
              <w:keepNext/>
            </w:pPr>
            <w:r>
              <w:rPr>
                <w:b/>
                <w:sz w:val="16"/>
              </w:rPr>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FA7758">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Default="00FA7758">
            <w:pPr>
              <w:keepNext/>
            </w:pPr>
            <w:r>
              <w:rPr>
                <w:b/>
                <w:color w:val="0D5F78"/>
              </w:rPr>
              <w:t>rezistență mecanică și stabilitate — nume și prenume verificator / nr. atestat</w:t>
            </w:r>
          </w:p>
          <w:p w14:paraId="689EA516" w14:textId="77777777" w:rsidR="00945CC5" w:rsidRDefault="00945CC5">
            <w:pPr>
              <w:keepNext/>
            </w:pPr>
          </w:p>
        </w:tc>
        <w:tc>
          <w:tcPr>
            <w:tcW w:w="4015" w:type="dxa"/>
          </w:tcPr>
          <w:p w14:paraId="2930213F" w14:textId="77777777" w:rsidR="00945CC5" w:rsidRDefault="00FA7758">
            <w:pPr>
              <w:keepNext/>
            </w:pPr>
            <w:r>
              <w:rPr>
                <w:b/>
                <w:color w:val="0D5F78"/>
              </w:rPr>
              <w:t>Referat nr. / data</w:t>
            </w:r>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Default="00FA7758">
            <w:pPr>
              <w:keepNext/>
            </w:pPr>
            <w:r>
              <w:rPr>
                <w:b/>
                <w:color w:val="0D5F78"/>
              </w:rPr>
              <w:t>securitate la incendiu — nume și prenume verificator / nr. atestat</w:t>
            </w:r>
          </w:p>
          <w:p w14:paraId="703B95E1" w14:textId="77777777" w:rsidR="00945CC5" w:rsidRDefault="00945CC5">
            <w:pPr>
              <w:keepNext/>
            </w:pPr>
          </w:p>
        </w:tc>
        <w:tc>
          <w:tcPr>
            <w:tcW w:w="4015" w:type="dxa"/>
          </w:tcPr>
          <w:p w14:paraId="38F1D831" w14:textId="77777777" w:rsidR="00945CC5" w:rsidRDefault="00FA7758">
            <w:pPr>
              <w:keepNext/>
            </w:pPr>
            <w:r>
              <w:rPr>
                <w:b/>
                <w:color w:val="0D5F78"/>
              </w:rPr>
              <w:t>Referat nr. / data</w:t>
            </w:r>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Default="00FA7758">
            <w:pPr>
              <w:keepNext/>
            </w:pPr>
            <w:r>
              <w:rPr>
                <w:b/>
                <w:color w:val="0D5F78"/>
              </w:rPr>
              <w:t>igienă, sănătate și mediu înconjurător — nume și prenume verificator / nr. atestat</w:t>
            </w:r>
          </w:p>
          <w:p w14:paraId="5BB348F7" w14:textId="77777777" w:rsidR="00945CC5" w:rsidRDefault="00945CC5">
            <w:pPr>
              <w:keepNext/>
            </w:pPr>
          </w:p>
        </w:tc>
        <w:tc>
          <w:tcPr>
            <w:tcW w:w="4015" w:type="dxa"/>
          </w:tcPr>
          <w:p w14:paraId="0803026D" w14:textId="77777777" w:rsidR="00945CC5" w:rsidRDefault="00FA7758">
            <w:pPr>
              <w:keepNext/>
            </w:pPr>
            <w:r>
              <w:rPr>
                <w:b/>
                <w:color w:val="0D5F78"/>
              </w:rPr>
              <w:t>Referat nr. / data</w:t>
            </w:r>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Default="00FA7758">
            <w:pPr>
              <w:keepNext/>
            </w:pPr>
            <w:r>
              <w:rPr>
                <w:b/>
                <w:color w:val="0D5F78"/>
              </w:rPr>
              <w:t>siguranță și accesibilitate în exploatare — nume și prenume verificator / nr. atestat</w:t>
            </w:r>
          </w:p>
          <w:p w14:paraId="76E92343" w14:textId="77777777" w:rsidR="00945CC5" w:rsidRDefault="00945CC5">
            <w:pPr>
              <w:keepNext/>
            </w:pPr>
          </w:p>
        </w:tc>
        <w:tc>
          <w:tcPr>
            <w:tcW w:w="4015" w:type="dxa"/>
          </w:tcPr>
          <w:p w14:paraId="68FAC4FD" w14:textId="77777777" w:rsidR="00945CC5" w:rsidRDefault="00FA7758">
            <w:pPr>
              <w:keepNext/>
            </w:pPr>
            <w:r>
              <w:rPr>
                <w:b/>
                <w:color w:val="0D5F78"/>
              </w:rPr>
              <w:t>Referat nr. / data</w:t>
            </w:r>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Default="00FA7758">
            <w:pPr>
              <w:keepNext/>
            </w:pPr>
            <w:r>
              <w:rPr>
                <w:b/>
                <w:color w:val="0D5F78"/>
              </w:rPr>
              <w:t>protecție împotriva zgomotului — nume și prenume verificator / nr. atestat</w:t>
            </w:r>
          </w:p>
          <w:p w14:paraId="6BFE415A" w14:textId="77777777" w:rsidR="00945CC5" w:rsidRDefault="00945CC5">
            <w:pPr>
              <w:keepNext/>
            </w:pPr>
          </w:p>
        </w:tc>
        <w:tc>
          <w:tcPr>
            <w:tcW w:w="4015" w:type="dxa"/>
          </w:tcPr>
          <w:p w14:paraId="141E13C2" w14:textId="77777777" w:rsidR="00945CC5" w:rsidRDefault="00FA7758">
            <w:pPr>
              <w:keepNext/>
            </w:pPr>
            <w:r>
              <w:rPr>
                <w:b/>
                <w:color w:val="0D5F78"/>
              </w:rPr>
              <w:t>Referat nr. / data</w:t>
            </w:r>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Default="00FA7758">
            <w:r>
              <w:rPr>
                <w:b/>
                <w:color w:val="0D5F78"/>
              </w:rPr>
              <w:t>economie de energie și izolare termică — nume și prenume verificator / nr. atestat</w:t>
            </w:r>
          </w:p>
          <w:p w14:paraId="4CDA516A" w14:textId="77777777" w:rsidR="00945CC5" w:rsidRDefault="00945CC5"/>
        </w:tc>
        <w:tc>
          <w:tcPr>
            <w:tcW w:w="4015" w:type="dxa"/>
          </w:tcPr>
          <w:p w14:paraId="6E723FF9" w14:textId="77777777" w:rsidR="00945CC5" w:rsidRDefault="00FA7758">
            <w:r>
              <w:rPr>
                <w:b/>
                <w:color w:val="0D5F78"/>
              </w:rPr>
              <w:t>Referat nr. / data</w:t>
            </w:r>
          </w:p>
          <w:p w14:paraId="300D25F3" w14:textId="77777777" w:rsidR="00945CC5" w:rsidRDefault="00945CC5"/>
        </w:tc>
      </w:tr>
    </w:tbl>
    <w:p w14:paraId="53172F93"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FA7758">
            <w:pPr>
              <w:keepNext/>
            </w:pPr>
            <w:r>
              <w:rPr>
                <w:b/>
                <w:sz w:val="16"/>
              </w:rPr>
              <w:t xml:space="preserve"> 8. </w:t>
            </w:r>
            <w:r>
              <w:rPr>
                <w:b/>
                <w:color w:val="000000"/>
                <w:sz w:val="18"/>
              </w:rPr>
              <w:t>VALORI ȘI DURATĂ</w:t>
            </w:r>
          </w:p>
        </w:tc>
      </w:tr>
      <w:tr w:rsidR="00945CC5" w:rsidRPr="004E6AFA" w14:paraId="781D64DD" w14:textId="77777777">
        <w:trPr>
          <w:cantSplit/>
          <w:trHeight w:val="510"/>
        </w:trPr>
        <w:tc>
          <w:tcPr>
            <w:tcW w:w="4015" w:type="dxa"/>
          </w:tcPr>
          <w:p w14:paraId="50491095" w14:textId="77777777" w:rsidR="00945CC5" w:rsidRDefault="00FA7758">
            <w:r>
              <w:rPr>
                <w:b/>
                <w:color w:val="0D5F78"/>
              </w:rPr>
              <w:t>Valoarea lucrărilor supuse autorizării (lei)</w:t>
            </w:r>
          </w:p>
          <w:p w14:paraId="1E0E077C" w14:textId="77777777" w:rsidR="00945CC5" w:rsidRDefault="00945CC5"/>
        </w:tc>
        <w:tc>
          <w:tcPr>
            <w:tcW w:w="3212" w:type="dxa"/>
          </w:tcPr>
          <w:p w14:paraId="1B41F458" w14:textId="77777777" w:rsidR="00945CC5" w:rsidRDefault="00FA7758">
            <w:r>
              <w:rPr>
                <w:b/>
                <w:color w:val="0D5F78"/>
              </w:rPr>
              <w:t>Valoarea obiectivului (lei)</w:t>
            </w:r>
          </w:p>
          <w:p w14:paraId="4C4794B5" w14:textId="77777777" w:rsidR="00945CC5" w:rsidRDefault="00945CC5"/>
        </w:tc>
        <w:tc>
          <w:tcPr>
            <w:tcW w:w="2409" w:type="dxa"/>
          </w:tcPr>
          <w:p w14:paraId="7120BB31" w14:textId="77777777" w:rsidR="00945CC5" w:rsidRPr="003E706D" w:rsidRDefault="00FA7758">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14:paraId="1596EB4C" w14:textId="77777777">
        <w:trPr>
          <w:cantSplit/>
        </w:trPr>
        <w:tc>
          <w:tcPr>
            <w:tcW w:w="9636" w:type="dxa"/>
          </w:tcPr>
          <w:p w14:paraId="793F89D0" w14:textId="65510A20" w:rsidR="00945CC5" w:rsidRPr="004E6AFA" w:rsidRDefault="00FA7758">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14:paraId="3D45D87D" w14:textId="77777777">
        <w:trPr>
          <w:cantSplit/>
        </w:trPr>
        <w:tc>
          <w:tcPr>
            <w:tcW w:w="9636" w:type="dxa"/>
          </w:tcPr>
          <w:p w14:paraId="59CD8A77" w14:textId="77777777"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14:paraId="78A8F12E" w14:textId="77777777">
        <w:trPr>
          <w:cantSplit/>
        </w:trPr>
        <w:tc>
          <w:tcPr>
            <w:tcW w:w="9636" w:type="dxa"/>
          </w:tcPr>
          <w:p w14:paraId="3B8F0469" w14:textId="77777777"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4E6AFA" w14:paraId="618B1178" w14:textId="77777777">
        <w:trPr>
          <w:cantSplit/>
        </w:trPr>
        <w:tc>
          <w:tcPr>
            <w:tcW w:w="9636" w:type="dxa"/>
          </w:tcPr>
          <w:p w14:paraId="5F29CC2F" w14:textId="77777777"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4E6AFA" w14:paraId="7F04706F" w14:textId="77777777">
        <w:trPr>
          <w:cantSplit/>
        </w:trPr>
        <w:tc>
          <w:tcPr>
            <w:tcW w:w="9636" w:type="dxa"/>
          </w:tcPr>
          <w:p w14:paraId="1DD454CC" w14:textId="77777777" w:rsidR="004E6AFA" w:rsidRDefault="00FA7758">
            <w:pPr>
              <w:rPr>
                <w:sz w:val="16"/>
                <w:lang w:val="fr-FR"/>
              </w:rPr>
            </w:pPr>
            <w:r w:rsidRPr="003E706D">
              <w:rPr>
                <w:sz w:val="16"/>
                <w:lang w:val="fr-FR"/>
              </w:rPr>
              <w:t xml:space="preserve">☐ e) rapoartele de expertiză tehnică, dacă este cazul     </w:t>
            </w:r>
          </w:p>
          <w:p w14:paraId="2F2A261A" w14:textId="2D367933" w:rsidR="00945CC5" w:rsidRPr="003E706D" w:rsidRDefault="00FA7758">
            <w:pPr>
              <w:rPr>
                <w:lang w:val="fr-FR"/>
              </w:rPr>
            </w:pPr>
            <w:r w:rsidRPr="003E706D">
              <w:rPr>
                <w:sz w:val="16"/>
                <w:lang w:val="fr-FR"/>
              </w:rPr>
              <w:t>☐ f) documentele de plată a taxelor legale (copie)     ☐ g) împuternicirea, dacă este cazul</w:t>
            </w:r>
          </w:p>
        </w:tc>
      </w:tr>
    </w:tbl>
    <w:p w14:paraId="685A4CFB"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2F6193AC"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r>
              <w:rPr>
                <w:i/>
                <w:sz w:val="17"/>
              </w:rPr>
              <w:t>.</w:t>
            </w:r>
          </w:p>
        </w:tc>
      </w:tr>
    </w:tbl>
    <w:p w14:paraId="43E68B1F"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FA7758">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FA7758">
            <w:r>
              <w:rPr>
                <w:b/>
                <w:color w:val="0D5F78"/>
              </w:rPr>
              <w:t>Data</w:t>
            </w:r>
          </w:p>
          <w:p w14:paraId="73E03F31" w14:textId="77777777" w:rsidR="00945CC5" w:rsidRDefault="00945CC5"/>
        </w:tc>
        <w:tc>
          <w:tcPr>
            <w:tcW w:w="4818" w:type="dxa"/>
          </w:tcPr>
          <w:p w14:paraId="7CE53D19" w14:textId="77777777" w:rsidR="00945CC5" w:rsidRDefault="00FA7758">
            <w:r>
              <w:rPr>
                <w:b/>
                <w:color w:val="0D5F78"/>
              </w:rPr>
              <w:t>Titularul autorizației</w:t>
            </w:r>
          </w:p>
          <w:p w14:paraId="0165E37E" w14:textId="77777777" w:rsidR="00945CC5" w:rsidRDefault="00945CC5"/>
        </w:tc>
        <w:tc>
          <w:tcPr>
            <w:tcW w:w="3212" w:type="dxa"/>
          </w:tcPr>
          <w:p w14:paraId="3CD5128B" w14:textId="77777777" w:rsidR="00945CC5" w:rsidRDefault="00FA7758">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FFAE" w14:textId="77777777" w:rsidR="00A50B09" w:rsidRDefault="00A50B09">
      <w:r>
        <w:separator/>
      </w:r>
    </w:p>
  </w:endnote>
  <w:endnote w:type="continuationSeparator" w:id="0">
    <w:p w14:paraId="6192C6A1" w14:textId="77777777" w:rsidR="00A50B09" w:rsidRDefault="00A50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5241" w14:textId="77777777" w:rsidR="00A50B09" w:rsidRDefault="00A50B09">
      <w:r>
        <w:separator/>
      </w:r>
    </w:p>
  </w:footnote>
  <w:footnote w:type="continuationSeparator" w:id="0">
    <w:p w14:paraId="77DE05F6" w14:textId="77777777" w:rsidR="00A50B09" w:rsidRDefault="00A50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4359261">
    <w:abstractNumId w:val="8"/>
  </w:num>
  <w:num w:numId="2" w16cid:durableId="210045229">
    <w:abstractNumId w:val="6"/>
  </w:num>
  <w:num w:numId="3" w16cid:durableId="748382978">
    <w:abstractNumId w:val="5"/>
  </w:num>
  <w:num w:numId="4" w16cid:durableId="1611937827">
    <w:abstractNumId w:val="4"/>
  </w:num>
  <w:num w:numId="5" w16cid:durableId="1541476732">
    <w:abstractNumId w:val="7"/>
  </w:num>
  <w:num w:numId="6" w16cid:durableId="59450168">
    <w:abstractNumId w:val="3"/>
  </w:num>
  <w:num w:numId="7" w16cid:durableId="933172909">
    <w:abstractNumId w:val="2"/>
  </w:num>
  <w:num w:numId="8" w16cid:durableId="1486969874">
    <w:abstractNumId w:val="1"/>
  </w:num>
  <w:num w:numId="9" w16cid:durableId="107429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AF8"/>
    <w:rsid w:val="0015074B"/>
    <w:rsid w:val="0029639D"/>
    <w:rsid w:val="002F7EE8"/>
    <w:rsid w:val="00326F90"/>
    <w:rsid w:val="003E706D"/>
    <w:rsid w:val="004E6AFA"/>
    <w:rsid w:val="00522843"/>
    <w:rsid w:val="006C103E"/>
    <w:rsid w:val="00807409"/>
    <w:rsid w:val="00945CC5"/>
    <w:rsid w:val="00A50B09"/>
    <w:rsid w:val="00A51F85"/>
    <w:rsid w:val="00A71320"/>
    <w:rsid w:val="00AA1D8D"/>
    <w:rsid w:val="00B47730"/>
    <w:rsid w:val="00C35C5D"/>
    <w:rsid w:val="00CB0664"/>
    <w:rsid w:val="00E567F9"/>
    <w:rsid w:val="00E61A6B"/>
    <w:rsid w:val="00E731D6"/>
    <w:rsid w:val="00FA7758"/>
    <w:rsid w:val="00FC693F"/>
    <w:rsid w:val="00FE2C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602</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5</cp:revision>
  <dcterms:created xsi:type="dcterms:W3CDTF">2013-12-23T23:15:00Z</dcterms:created>
  <dcterms:modified xsi:type="dcterms:W3CDTF">2026-09-09T08:51:00Z</dcterms:modified>
  <cp:category/>
</cp:coreProperties>
</file>