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F214B2" w14:paraId="0B831BEC" w14:textId="77777777" w:rsidTr="00D82754">
        <w:trPr>
          <w:cantSplit/>
          <w:trHeight w:val="510"/>
        </w:trPr>
        <w:tc>
          <w:tcPr>
            <w:tcW w:w="1606" w:type="dxa"/>
            <w:vMerge w:val="restart"/>
            <w:vAlign w:val="center"/>
          </w:tcPr>
          <w:p w14:paraId="3B15C2DA" w14:textId="77777777" w:rsidR="00F214B2" w:rsidRDefault="00F214B2" w:rsidP="00D82754">
            <w:pPr>
              <w:keepNext/>
              <w:jc w:val="center"/>
              <w:rPr>
                <w:i/>
                <w:color w:val="595959"/>
              </w:rPr>
            </w:pPr>
            <w:r>
              <w:rPr>
                <w:i/>
                <w:noProof/>
                <w:color w:val="595959"/>
              </w:rPr>
              <w:drawing>
                <wp:inline distT="0" distB="0" distL="0" distR="0" wp14:anchorId="36C3A301" wp14:editId="0A513927">
                  <wp:extent cx="882650" cy="1403985"/>
                  <wp:effectExtent l="0" t="0" r="0" b="5715"/>
                  <wp:docPr id="22601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19289" name="Picture 226019289"/>
                          <pic:cNvPicPr/>
                        </pic:nvPicPr>
                        <pic:blipFill>
                          <a:blip r:embed="rId8"/>
                          <a:stretch>
                            <a:fillRect/>
                          </a:stretch>
                        </pic:blipFill>
                        <pic:spPr>
                          <a:xfrm>
                            <a:off x="0" y="0"/>
                            <a:ext cx="882650" cy="1403985"/>
                          </a:xfrm>
                          <a:prstGeom prst="rect">
                            <a:avLst/>
                          </a:prstGeom>
                        </pic:spPr>
                      </pic:pic>
                    </a:graphicData>
                  </a:graphic>
                </wp:inline>
              </w:drawing>
            </w:r>
          </w:p>
          <w:p w14:paraId="4CE0F811" w14:textId="77777777" w:rsidR="00F214B2" w:rsidRDefault="00F214B2" w:rsidP="00D82754">
            <w:pPr>
              <w:keepNext/>
              <w:jc w:val="center"/>
            </w:pPr>
          </w:p>
        </w:tc>
        <w:tc>
          <w:tcPr>
            <w:tcW w:w="8030" w:type="dxa"/>
            <w:gridSpan w:val="3"/>
            <w:shd w:val="clear" w:color="auto" w:fill="F0F0F0"/>
          </w:tcPr>
          <w:p w14:paraId="6D9979F7" w14:textId="77777777" w:rsidR="00F214B2" w:rsidRPr="00032D94" w:rsidRDefault="00F214B2" w:rsidP="00D82754">
            <w:pPr>
              <w:keepNext/>
              <w:rPr>
                <w:sz w:val="11"/>
                <w:szCs w:val="18"/>
              </w:rPr>
            </w:pPr>
            <w:r>
              <w:rPr>
                <w:b/>
                <w:color w:val="0D5F78"/>
              </w:rPr>
              <w:t xml:space="preserve">Județul   </w:t>
            </w:r>
            <w:r>
              <w:t xml:space="preserve">  </w:t>
            </w:r>
          </w:p>
          <w:p w14:paraId="33E8F81C" w14:textId="77777777" w:rsidR="00F214B2" w:rsidRPr="00025631" w:rsidRDefault="00F214B2" w:rsidP="00D82754">
            <w:pPr>
              <w:keepNext/>
              <w:rPr>
                <w:rFonts w:asciiTheme="majorHAnsi" w:hAnsiTheme="majorHAnsi" w:cstheme="majorHAnsi"/>
              </w:rPr>
            </w:pPr>
            <w:r>
              <w:t xml:space="preserve">                   </w:t>
            </w:r>
            <w:r w:rsidRPr="00025631">
              <w:rPr>
                <w:rFonts w:asciiTheme="majorHAnsi" w:hAnsiTheme="majorHAnsi" w:cstheme="majorHAnsi"/>
                <w:b/>
                <w:bCs/>
                <w:sz w:val="24"/>
                <w:szCs w:val="40"/>
              </w:rPr>
              <w:t>ALBA</w:t>
            </w:r>
          </w:p>
        </w:tc>
      </w:tr>
      <w:tr w:rsidR="00F214B2" w14:paraId="47E70E4C" w14:textId="77777777" w:rsidTr="00D82754">
        <w:trPr>
          <w:cantSplit/>
          <w:trHeight w:val="510"/>
        </w:trPr>
        <w:tc>
          <w:tcPr>
            <w:tcW w:w="1606" w:type="dxa"/>
            <w:vMerge/>
          </w:tcPr>
          <w:p w14:paraId="3FD2E6BB" w14:textId="77777777" w:rsidR="00F214B2" w:rsidRDefault="00F214B2" w:rsidP="00D82754"/>
        </w:tc>
        <w:tc>
          <w:tcPr>
            <w:tcW w:w="8030" w:type="dxa"/>
            <w:gridSpan w:val="3"/>
            <w:shd w:val="clear" w:color="auto" w:fill="F0F0F0"/>
          </w:tcPr>
          <w:p w14:paraId="18EA5E0A" w14:textId="77777777" w:rsidR="00F214B2" w:rsidRDefault="00F214B2" w:rsidP="00D82754">
            <w:pPr>
              <w:keepNext/>
            </w:pPr>
            <w:r>
              <w:rPr>
                <w:b/>
                <w:color w:val="0D5F78"/>
              </w:rPr>
              <w:t>Autoritatea administrației publice</w:t>
            </w:r>
          </w:p>
          <w:p w14:paraId="722671C2" w14:textId="77777777" w:rsidR="00F214B2" w:rsidRPr="00025631" w:rsidRDefault="00F214B2" w:rsidP="00D82754">
            <w:pPr>
              <w:keepNext/>
              <w:rPr>
                <w:rFonts w:asciiTheme="majorHAnsi" w:hAnsiTheme="majorHAnsi" w:cstheme="majorHAnsi"/>
                <w:b/>
                <w:bCs/>
                <w:lang w:val="ro-RO"/>
              </w:rPr>
            </w:pPr>
            <w:r w:rsidRPr="00025631">
              <w:rPr>
                <w:rFonts w:asciiTheme="majorHAnsi" w:hAnsiTheme="majorHAnsi" w:cstheme="majorHAnsi"/>
                <w:sz w:val="20"/>
                <w:szCs w:val="32"/>
              </w:rPr>
              <w:t xml:space="preserve">                                                    </w:t>
            </w:r>
            <w:r w:rsidRPr="00025631">
              <w:rPr>
                <w:rFonts w:asciiTheme="majorHAnsi" w:hAnsiTheme="majorHAnsi" w:cstheme="majorHAnsi"/>
                <w:b/>
                <w:bCs/>
                <w:sz w:val="22"/>
                <w:szCs w:val="36"/>
                <w:lang w:val="ro-RO"/>
              </w:rPr>
              <w:t>PRIMĂRIA MUNICIPIULUI ALBA IULIA</w:t>
            </w:r>
          </w:p>
        </w:tc>
      </w:tr>
      <w:tr w:rsidR="00F214B2" w14:paraId="3C8F628C" w14:textId="77777777" w:rsidTr="00D82754">
        <w:trPr>
          <w:cantSplit/>
          <w:trHeight w:val="510"/>
        </w:trPr>
        <w:tc>
          <w:tcPr>
            <w:tcW w:w="1606" w:type="dxa"/>
            <w:vMerge/>
          </w:tcPr>
          <w:p w14:paraId="061C45F7" w14:textId="77777777" w:rsidR="00F214B2" w:rsidRDefault="00F214B2" w:rsidP="00D82754"/>
        </w:tc>
        <w:tc>
          <w:tcPr>
            <w:tcW w:w="2409" w:type="dxa"/>
            <w:shd w:val="clear" w:color="auto" w:fill="F0F0F0"/>
          </w:tcPr>
          <w:p w14:paraId="05B4CBBB" w14:textId="77777777" w:rsidR="00F214B2" w:rsidRPr="00F801F2" w:rsidRDefault="00F214B2" w:rsidP="00D82754">
            <w:pPr>
              <w:keepNext/>
              <w:rPr>
                <w:lang w:val="fr-FR"/>
              </w:rPr>
            </w:pPr>
            <w:r w:rsidRPr="00F801F2">
              <w:rPr>
                <w:b/>
                <w:color w:val="0D5F78"/>
                <w:lang w:val="fr-FR"/>
              </w:rPr>
              <w:t>Cod de identificare fiscală (CIF)</w:t>
            </w:r>
          </w:p>
          <w:p w14:paraId="03F884DA" w14:textId="77777777" w:rsidR="00F214B2" w:rsidRPr="00025631" w:rsidRDefault="00F214B2" w:rsidP="00D82754">
            <w:pPr>
              <w:keepNext/>
              <w:rPr>
                <w:rFonts w:asciiTheme="majorHAnsi" w:hAnsiTheme="majorHAnsi" w:cstheme="majorHAnsi"/>
                <w:b/>
                <w:bCs/>
                <w:lang w:val="fr-FR"/>
              </w:rPr>
            </w:pPr>
            <w:r>
              <w:rPr>
                <w:lang w:val="fr-FR"/>
              </w:rPr>
              <w:t xml:space="preserve">         </w:t>
            </w:r>
            <w:r w:rsidRPr="00025631">
              <w:rPr>
                <w:rFonts w:asciiTheme="majorHAnsi" w:hAnsiTheme="majorHAnsi" w:cstheme="majorHAnsi"/>
                <w:b/>
                <w:bCs/>
                <w:sz w:val="24"/>
                <w:szCs w:val="40"/>
                <w:lang w:val="fr-FR"/>
              </w:rPr>
              <w:t>456292</w:t>
            </w:r>
            <w:r>
              <w:rPr>
                <w:rFonts w:asciiTheme="majorHAnsi" w:hAnsiTheme="majorHAnsi" w:cstheme="majorHAnsi"/>
                <w:b/>
                <w:bCs/>
                <w:sz w:val="24"/>
                <w:szCs w:val="40"/>
                <w:lang w:val="fr-FR"/>
              </w:rPr>
              <w:t>3</w:t>
            </w:r>
          </w:p>
        </w:tc>
        <w:tc>
          <w:tcPr>
            <w:tcW w:w="5621" w:type="dxa"/>
            <w:gridSpan w:val="2"/>
            <w:shd w:val="clear" w:color="auto" w:fill="F0F0F0"/>
          </w:tcPr>
          <w:p w14:paraId="700D5058" w14:textId="77777777" w:rsidR="00F214B2" w:rsidRPr="00025631" w:rsidRDefault="00F214B2" w:rsidP="00D82754">
            <w:pPr>
              <w:keepNext/>
              <w:rPr>
                <w:rFonts w:asciiTheme="majorHAnsi" w:hAnsiTheme="majorHAnsi" w:cstheme="majorHAnsi"/>
                <w:bCs/>
                <w:sz w:val="16"/>
                <w:szCs w:val="24"/>
              </w:rPr>
            </w:pPr>
            <w:r>
              <w:rPr>
                <w:b/>
                <w:color w:val="0D5F78"/>
              </w:rPr>
              <w:t xml:space="preserve">Adresa oficială                </w:t>
            </w:r>
            <w:r w:rsidRPr="00025631">
              <w:rPr>
                <w:rFonts w:asciiTheme="majorHAnsi" w:hAnsiTheme="majorHAnsi" w:cstheme="majorHAnsi"/>
                <w:bCs/>
                <w:sz w:val="18"/>
                <w:szCs w:val="28"/>
              </w:rPr>
              <w:t xml:space="preserve">Calea Moților, Nr. 5A </w:t>
            </w:r>
            <w:r w:rsidRPr="00025631">
              <w:rPr>
                <w:rFonts w:asciiTheme="majorHAnsi" w:hAnsiTheme="majorHAnsi" w:cstheme="majorHAnsi"/>
                <w:bCs/>
                <w:i/>
                <w:sz w:val="18"/>
                <w:szCs w:val="28"/>
              </w:rPr>
              <w:t xml:space="preserve">· </w:t>
            </w:r>
            <w:r w:rsidRPr="00025631">
              <w:rPr>
                <w:rFonts w:asciiTheme="majorHAnsi" w:hAnsiTheme="majorHAnsi" w:cstheme="majorHAnsi"/>
                <w:bCs/>
                <w:sz w:val="18"/>
                <w:szCs w:val="28"/>
              </w:rPr>
              <w:t>510134 Alba Iulia</w:t>
            </w:r>
          </w:p>
          <w:p w14:paraId="49D0462A" w14:textId="77777777" w:rsidR="00F214B2" w:rsidRDefault="00F214B2" w:rsidP="00D82754">
            <w:pPr>
              <w:keepNext/>
            </w:pPr>
            <w:r>
              <w:rPr>
                <w:i/>
                <w:color w:val="7A7A7A"/>
              </w:rPr>
              <w:t xml:space="preserve">sediul · telefon · e-mail       </w:t>
            </w:r>
          </w:p>
          <w:p w14:paraId="56209F62" w14:textId="77777777" w:rsidR="00F214B2" w:rsidRPr="00025631" w:rsidRDefault="00F214B2" w:rsidP="00D82754">
            <w:pPr>
              <w:keepNext/>
              <w:rPr>
                <w:rFonts w:asciiTheme="majorHAnsi" w:hAnsiTheme="majorHAnsi" w:cstheme="majorHAnsi"/>
              </w:rPr>
            </w:pPr>
            <w:r w:rsidRPr="00025631">
              <w:rPr>
                <w:rFonts w:asciiTheme="majorHAnsi" w:hAnsiTheme="majorHAnsi" w:cstheme="majorHAnsi"/>
                <w:sz w:val="18"/>
                <w:szCs w:val="28"/>
              </w:rPr>
              <w:t xml:space="preserve">                                   </w:t>
            </w:r>
            <w:r>
              <w:rPr>
                <w:rFonts w:asciiTheme="majorHAnsi" w:hAnsiTheme="majorHAnsi" w:cstheme="majorHAnsi"/>
                <w:sz w:val="18"/>
                <w:szCs w:val="28"/>
              </w:rPr>
              <w:t xml:space="preserve">    </w:t>
            </w:r>
            <w:r w:rsidRPr="00025631">
              <w:rPr>
                <w:rFonts w:asciiTheme="majorHAnsi" w:hAnsiTheme="majorHAnsi" w:cstheme="majorHAnsi"/>
                <w:sz w:val="18"/>
                <w:szCs w:val="28"/>
              </w:rPr>
              <w:t xml:space="preserve">tel. 0258 819462 </w:t>
            </w:r>
            <w:r w:rsidRPr="00025631">
              <w:rPr>
                <w:rFonts w:asciiTheme="majorHAnsi" w:hAnsiTheme="majorHAnsi" w:cstheme="majorHAnsi"/>
                <w:iCs/>
                <w:sz w:val="18"/>
                <w:szCs w:val="28"/>
              </w:rPr>
              <w:t>· office@apulum.ro</w:t>
            </w:r>
          </w:p>
        </w:tc>
      </w:tr>
      <w:tr w:rsidR="00F214B2" w14:paraId="09D226BD" w14:textId="77777777" w:rsidTr="00D82754">
        <w:trPr>
          <w:cantSplit/>
          <w:trHeight w:val="510"/>
        </w:trPr>
        <w:tc>
          <w:tcPr>
            <w:tcW w:w="1606" w:type="dxa"/>
            <w:vMerge/>
          </w:tcPr>
          <w:p w14:paraId="63C45692" w14:textId="77777777" w:rsidR="00F214B2" w:rsidRDefault="00F214B2" w:rsidP="00D82754"/>
        </w:tc>
        <w:tc>
          <w:tcPr>
            <w:tcW w:w="4818" w:type="dxa"/>
            <w:gridSpan w:val="2"/>
            <w:shd w:val="clear" w:color="auto" w:fill="F0F0F0"/>
          </w:tcPr>
          <w:p w14:paraId="7E3A0457" w14:textId="77777777" w:rsidR="00F214B2" w:rsidRDefault="00F214B2" w:rsidP="00D82754">
            <w:pPr>
              <w:keepNext/>
            </w:pPr>
            <w:r>
              <w:rPr>
                <w:b/>
                <w:color w:val="0D5F78"/>
              </w:rPr>
              <w:t>Număr de înregistrare</w:t>
            </w:r>
          </w:p>
          <w:p w14:paraId="12C56DA0" w14:textId="77777777" w:rsidR="00F214B2" w:rsidRDefault="00F214B2" w:rsidP="00D82754">
            <w:pPr>
              <w:keepNext/>
            </w:pPr>
          </w:p>
        </w:tc>
        <w:tc>
          <w:tcPr>
            <w:tcW w:w="3212" w:type="dxa"/>
            <w:shd w:val="clear" w:color="auto" w:fill="F0F0F0"/>
          </w:tcPr>
          <w:p w14:paraId="3B0B5BE2" w14:textId="77777777" w:rsidR="00F214B2" w:rsidRDefault="00F214B2" w:rsidP="00D82754">
            <w:pPr>
              <w:keepNext/>
            </w:pPr>
            <w:r>
              <w:rPr>
                <w:b/>
                <w:color w:val="0D5F78"/>
              </w:rPr>
              <w:t>Data</w:t>
            </w:r>
          </w:p>
          <w:p w14:paraId="3DD0AEE4" w14:textId="77777777" w:rsidR="00F214B2" w:rsidRDefault="00F214B2" w:rsidP="00D82754">
            <w:pPr>
              <w:keepNext/>
            </w:pPr>
          </w:p>
        </w:tc>
      </w:tr>
      <w:tr w:rsidR="00F214B2" w:rsidRPr="0021562A" w14:paraId="489FD538" w14:textId="77777777" w:rsidTr="00D82754">
        <w:trPr>
          <w:cantSplit/>
        </w:trPr>
        <w:tc>
          <w:tcPr>
            <w:tcW w:w="9636" w:type="dxa"/>
            <w:gridSpan w:val="4"/>
            <w:shd w:val="clear" w:color="auto" w:fill="F0F0F0"/>
          </w:tcPr>
          <w:p w14:paraId="5E24E631" w14:textId="77777777" w:rsidR="00F214B2" w:rsidRPr="00F801F2" w:rsidRDefault="00F214B2" w:rsidP="00D82754">
            <w:pPr>
              <w:rPr>
                <w:lang w:val="fr-FR"/>
              </w:rPr>
            </w:pPr>
            <w:r w:rsidRPr="00F801F2">
              <w:rPr>
                <w:i/>
                <w:color w:val="595959"/>
                <w:lang w:val="fr-FR"/>
              </w:rPr>
              <w:t xml:space="preserve"> se completează de autoritate — solicitantul nu scrie în această zonă</w:t>
            </w:r>
          </w:p>
        </w:tc>
      </w:tr>
    </w:tbl>
    <w:p w14:paraId="282B6870" w14:textId="77777777" w:rsidR="003C7CA3" w:rsidRPr="001531A5" w:rsidRDefault="003454F7" w:rsidP="00C32AB5">
      <w:pPr>
        <w:spacing w:before="140"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F61A70" w14:paraId="00DF9E39" w14:textId="77777777">
        <w:trPr>
          <w:cantSplit/>
          <w:trHeight w:val="510"/>
        </w:trPr>
        <w:tc>
          <w:tcPr>
            <w:tcW w:w="9636" w:type="dxa"/>
          </w:tcPr>
          <w:p w14:paraId="636138F8" w14:textId="77777777" w:rsidR="003C7CA3" w:rsidRPr="005B29C5" w:rsidRDefault="003454F7">
            <w:pPr>
              <w:keepNext/>
              <w:rPr>
                <w:lang w:val="fr-FR"/>
              </w:rPr>
            </w:pPr>
            <w:r w:rsidRPr="005B29C5">
              <w:rPr>
                <w:b/>
                <w:color w:val="0D5F78"/>
                <w:lang w:val="fr-FR"/>
              </w:rPr>
              <w:t>Instituția</w:t>
            </w:r>
          </w:p>
          <w:p w14:paraId="7F5527AA" w14:textId="6E3BAEFA" w:rsidR="003C7CA3" w:rsidRPr="005B29C5" w:rsidRDefault="0072543B">
            <w:pPr>
              <w:keepNext/>
              <w:rPr>
                <w:lang w:val="fr-FR"/>
              </w:rPr>
            </w:pPr>
            <w:r w:rsidRPr="00025631">
              <w:rPr>
                <w:rFonts w:asciiTheme="majorHAnsi" w:hAnsiTheme="majorHAnsi" w:cstheme="majorHAnsi"/>
                <w:b/>
                <w:bCs/>
                <w:sz w:val="22"/>
                <w:szCs w:val="36"/>
                <w:lang w:val="ro-RO"/>
              </w:rPr>
              <w:t>PRIM</w:t>
            </w:r>
            <w:r w:rsidR="0034470D">
              <w:rPr>
                <w:rFonts w:asciiTheme="majorHAnsi" w:hAnsiTheme="majorHAnsi" w:cstheme="majorHAnsi"/>
                <w:b/>
                <w:bCs/>
                <w:sz w:val="22"/>
                <w:szCs w:val="36"/>
                <w:lang w:val="ro-RO"/>
              </w:rPr>
              <w:t>ARUL</w:t>
            </w:r>
            <w:r w:rsidRPr="00025631">
              <w:rPr>
                <w:rFonts w:asciiTheme="majorHAnsi" w:hAnsiTheme="majorHAnsi" w:cstheme="majorHAnsi"/>
                <w:b/>
                <w:bCs/>
                <w:sz w:val="22"/>
                <w:szCs w:val="36"/>
                <w:lang w:val="ro-RO"/>
              </w:rPr>
              <w:t xml:space="preserve"> MUNICIPIULUI ALBA IULIA</w:t>
            </w:r>
            <w:r w:rsidRPr="005B29C5">
              <w:rPr>
                <w:lang w:val="fr-FR"/>
              </w:rPr>
              <w:t xml:space="preserve"> </w:t>
            </w:r>
          </w:p>
        </w:tc>
      </w:tr>
      <w:tr w:rsidR="003C7CA3" w:rsidRPr="00F61A70" w14:paraId="3F0255BC" w14:textId="77777777">
        <w:trPr>
          <w:cantSplit/>
        </w:trPr>
        <w:tc>
          <w:tcPr>
            <w:tcW w:w="9636" w:type="dxa"/>
            <w:shd w:val="clear" w:color="auto" w:fill="F4F4F4"/>
          </w:tcPr>
          <w:p w14:paraId="1DC58EC1" w14:textId="77777777"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77777777" w:rsidR="003C7CA3" w:rsidRDefault="003454F7">
            <w:pPr>
              <w:keepNext/>
            </w:pPr>
            <w:r>
              <w:rPr>
                <w:b/>
                <w:color w:val="0D5F78"/>
              </w:rPr>
              <w:t>Nume și prenume</w:t>
            </w:r>
          </w:p>
          <w:p w14:paraId="23D9DFE8" w14:textId="77777777" w:rsidR="003C7CA3" w:rsidRDefault="003C7CA3">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77777777" w:rsidR="003C7CA3" w:rsidRDefault="003454F7">
            <w:pPr>
              <w:keepNext/>
            </w:pPr>
            <w:r>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77777777" w:rsidR="003C7CA3" w:rsidRDefault="003454F7">
            <w:pPr>
              <w:keepNext/>
            </w:pPr>
            <w:r>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77777777" w:rsidR="003C7CA3" w:rsidRDefault="003454F7">
            <w:pPr>
              <w:keepNext/>
            </w:pPr>
            <w:r>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77777777" w:rsidR="003C7CA3" w:rsidRDefault="003454F7">
            <w:pPr>
              <w:keepNext/>
            </w:pPr>
            <w:r>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7777777" w:rsidR="003C7CA3" w:rsidRDefault="003454F7">
            <w:r>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303E64">
        <w:trPr>
          <w:cantSplit/>
        </w:trPr>
        <w:tc>
          <w:tcPr>
            <w:tcW w:w="9636" w:type="dxa"/>
            <w:gridSpan w:val="2"/>
            <w:shd w:val="clear" w:color="auto" w:fill="F4F4F4"/>
          </w:tcPr>
          <w:p w14:paraId="3B2188BE" w14:textId="180A9649" w:rsidR="005B29C5" w:rsidRDefault="005B29C5" w:rsidP="00303E64">
            <w:pPr>
              <w:keepNext/>
            </w:pPr>
            <w:r>
              <w:rPr>
                <w:b/>
                <w:sz w:val="16"/>
              </w:rPr>
              <w:t xml:space="preserve">4. </w:t>
            </w:r>
            <w:r>
              <w:rPr>
                <w:b/>
                <w:color w:val="000000"/>
                <w:sz w:val="18"/>
              </w:rPr>
              <w:t>TITULAR AL</w:t>
            </w:r>
          </w:p>
        </w:tc>
      </w:tr>
      <w:tr w:rsidR="005B29C5" w14:paraId="5D544392" w14:textId="77777777" w:rsidTr="00C47FA7">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14:paraId="1474EB1C" w14:textId="7A9E4436" w:rsidR="00C32AB5" w:rsidRPr="00C32AB5" w:rsidRDefault="00C32AB5" w:rsidP="00C32AB5">
      <w:pPr>
        <w:spacing w:before="80" w:after="60"/>
        <w:jc w:val="center"/>
        <w:rPr>
          <w:sz w:val="18"/>
        </w:rPr>
      </w:pPr>
      <w:r>
        <w:rPr>
          <w:sz w:val="18"/>
        </w:rPr>
        <w:t>solicit emiterea</w:t>
      </w:r>
    </w:p>
    <w:p w14:paraId="025957C7" w14:textId="77777777" w:rsidR="001531A5" w:rsidRDefault="00C32AB5" w:rsidP="00C32AB5">
      <w:pPr>
        <w:spacing w:after="160"/>
        <w:jc w:val="center"/>
        <w:rPr>
          <w:b/>
          <w:sz w:val="20"/>
        </w:rPr>
      </w:pPr>
      <w:r>
        <w:rPr>
          <w:b/>
          <w:sz w:val="20"/>
        </w:rPr>
        <w:t xml:space="preserve">Autorizației de ☐ construire / ☐ desființare </w:t>
      </w:r>
    </w:p>
    <w:p w14:paraId="646C5D13" w14:textId="6DD0E7CB" w:rsidR="00C32AB5" w:rsidRPr="00C32AB5" w:rsidRDefault="00C32AB5" w:rsidP="00C32AB5">
      <w:pPr>
        <w:spacing w:after="160"/>
        <w:jc w:val="center"/>
        <w:rPr>
          <w:b/>
          <w:sz w:val="20"/>
        </w:rPr>
      </w:pPr>
      <w:r>
        <w:rPr>
          <w:b/>
          <w:sz w:val="20"/>
        </w:rPr>
        <w:t>☐ clădiri și amenjări / ☐ lucrări inginerești / ☐ construcții speciale</w:t>
      </w:r>
    </w:p>
    <w:p w14:paraId="76839621" w14:textId="77777777" w:rsidR="00C32AB5" w:rsidRDefault="00C32AB5" w:rsidP="00C32AB5">
      <w:pPr>
        <w:spacing w:after="160"/>
        <w:jc w:val="center"/>
      </w:pPr>
      <w:r>
        <w:rPr>
          <w:sz w:val="20"/>
        </w:rPr>
        <w:t xml:space="preserve">precum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61A70" w14:paraId="35B98EF6" w14:textId="77777777" w:rsidTr="00303E64">
        <w:trPr>
          <w:cantSplit/>
        </w:trPr>
        <w:tc>
          <w:tcPr>
            <w:tcW w:w="9636" w:type="dxa"/>
            <w:shd w:val="clear" w:color="auto" w:fill="F4F4F4"/>
          </w:tcPr>
          <w:p w14:paraId="312363D4" w14:textId="2BBF1D99"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14:paraId="7C44D6E1" w14:textId="77777777" w:rsidTr="00303E64">
        <w:trPr>
          <w:cantSplit/>
        </w:trPr>
        <w:tc>
          <w:tcPr>
            <w:tcW w:w="9636" w:type="dxa"/>
            <w:shd w:val="clear" w:color="auto" w:fill="F4F4F4"/>
          </w:tcPr>
          <w:p w14:paraId="2AAE5021" w14:textId="56EF46F8" w:rsidR="00C32AB5" w:rsidRDefault="00C32AB5" w:rsidP="00303E64">
            <w:pPr>
              <w:keepNext/>
              <w:spacing w:line="228" w:lineRule="auto"/>
            </w:pPr>
            <w:r>
              <w:t xml:space="preserve">include </w:t>
            </w:r>
            <w:r w:rsidR="001531A5">
              <w:t xml:space="preserve">cel puțin </w:t>
            </w:r>
            <w:r>
              <w:t>funcțiunea principală și secundare</w:t>
            </w:r>
          </w:p>
        </w:tc>
      </w:tr>
      <w:tr w:rsidR="00C32AB5" w14:paraId="5552796F" w14:textId="77777777" w:rsidTr="00303E64">
        <w:trPr>
          <w:cantSplit/>
        </w:trPr>
        <w:tc>
          <w:tcPr>
            <w:tcW w:w="9636" w:type="dxa"/>
          </w:tcPr>
          <w:p w14:paraId="77F46E38" w14:textId="77777777" w:rsidR="00C32AB5" w:rsidRDefault="00C32AB5" w:rsidP="00303E64">
            <w:pPr>
              <w:keepNext/>
              <w:pBdr>
                <w:bottom w:val="dotted" w:sz="6" w:space="0" w:color="999999"/>
              </w:pBdr>
              <w:spacing w:after="80"/>
            </w:pPr>
          </w:p>
          <w:p w14:paraId="77355D8A" w14:textId="77777777" w:rsidR="00C32AB5" w:rsidRDefault="00C32AB5" w:rsidP="00303E64">
            <w:pPr>
              <w:keepNext/>
              <w:pBdr>
                <w:bottom w:val="dotted" w:sz="6" w:space="0" w:color="999999"/>
              </w:pBdr>
              <w:spacing w:after="80"/>
            </w:pPr>
          </w:p>
        </w:tc>
      </w:tr>
    </w:tbl>
    <w:p w14:paraId="2E66493B" w14:textId="40165133"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Pr>
                <w:b/>
                <w:sz w:val="16"/>
              </w:rPr>
              <w:lastRenderedPageBreak/>
              <w:t xml:space="preserve"> </w:t>
            </w:r>
            <w:r w:rsidR="00C32AB5">
              <w:rPr>
                <w:b/>
                <w:sz w:val="16"/>
              </w:rPr>
              <w:t>6</w:t>
            </w:r>
            <w:r>
              <w:rPr>
                <w:b/>
                <w:sz w:val="16"/>
              </w:rPr>
              <w:t xml:space="preserve">. </w:t>
            </w:r>
            <w:r>
              <w:rPr>
                <w:b/>
                <w:color w:val="000000"/>
                <w:sz w:val="18"/>
              </w:rPr>
              <w:t>IMOBIL / IMOBILE</w:t>
            </w:r>
          </w:p>
        </w:tc>
      </w:tr>
      <w:tr w:rsidR="003C7CA3" w:rsidRPr="00F61A70" w14:paraId="238DC723" w14:textId="77777777">
        <w:trPr>
          <w:cantSplit/>
        </w:trPr>
        <w:tc>
          <w:tcPr>
            <w:tcW w:w="9636" w:type="dxa"/>
            <w:gridSpan w:val="7"/>
            <w:shd w:val="clear" w:color="auto" w:fill="F4F4F4"/>
          </w:tcPr>
          <w:p w14:paraId="137FA947" w14:textId="77777777"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77777777"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77777777" w:rsidR="003C7CA3" w:rsidRDefault="003454F7">
            <w:pPr>
              <w:keepNext/>
            </w:pPr>
            <w:r>
              <w:rPr>
                <w:b/>
                <w:color w:val="0D5F78"/>
              </w:rPr>
              <w:t>Tip imobil</w:t>
            </w:r>
          </w:p>
          <w:p w14:paraId="1204C28A" w14:textId="77777777" w:rsidR="003C7CA3" w:rsidRDefault="003454F7">
            <w:pPr>
              <w:keepNext/>
            </w:pPr>
            <w:r>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77777777" w:rsidR="003C7CA3" w:rsidRDefault="003454F7">
            <w:pPr>
              <w:keepNext/>
            </w:pPr>
            <w:r>
              <w:rPr>
                <w:b/>
                <w:color w:val="0D5F78"/>
              </w:rPr>
              <w:t>Județul</w:t>
            </w:r>
          </w:p>
          <w:p w14:paraId="4BA80733" w14:textId="77777777" w:rsidR="003C7CA3" w:rsidRDefault="003C7CA3">
            <w:pPr>
              <w:keepNext/>
            </w:pPr>
          </w:p>
        </w:tc>
        <w:tc>
          <w:tcPr>
            <w:tcW w:w="3212" w:type="dxa"/>
            <w:gridSpan w:val="4"/>
          </w:tcPr>
          <w:p w14:paraId="0828FCA2" w14:textId="77777777" w:rsidR="003C7CA3" w:rsidRDefault="003454F7">
            <w:pPr>
              <w:keepNext/>
            </w:pPr>
            <w:r>
              <w:rPr>
                <w:b/>
                <w:color w:val="0D5F78"/>
              </w:rPr>
              <w:t>Municipiul / orașul / comuna</w:t>
            </w:r>
          </w:p>
          <w:p w14:paraId="277082CF" w14:textId="77777777" w:rsidR="003C7CA3" w:rsidRDefault="003C7CA3">
            <w:pPr>
              <w:keepNext/>
            </w:pPr>
          </w:p>
        </w:tc>
        <w:tc>
          <w:tcPr>
            <w:tcW w:w="3212" w:type="dxa"/>
            <w:gridSpan w:val="2"/>
          </w:tcPr>
          <w:p w14:paraId="2256FC45" w14:textId="77777777" w:rsidR="003C7CA3" w:rsidRDefault="003454F7">
            <w:pPr>
              <w:keepNext/>
            </w:pPr>
            <w:r>
              <w:rPr>
                <w:b/>
                <w:color w:val="0D5F78"/>
              </w:rPr>
              <w:t>Satul / sectorul</w:t>
            </w:r>
          </w:p>
          <w:p w14:paraId="7E1897F6" w14:textId="77777777" w:rsidR="003C7CA3" w:rsidRDefault="003C7CA3">
            <w:pPr>
              <w:keepNext/>
            </w:pPr>
          </w:p>
        </w:tc>
      </w:tr>
      <w:tr w:rsidR="003C7CA3" w14:paraId="12C6CF62" w14:textId="77777777">
        <w:trPr>
          <w:cantSplit/>
          <w:trHeight w:val="510"/>
        </w:trPr>
        <w:tc>
          <w:tcPr>
            <w:tcW w:w="3212" w:type="dxa"/>
          </w:tcPr>
          <w:p w14:paraId="36363B02" w14:textId="77777777" w:rsidR="003C7CA3" w:rsidRDefault="003454F7">
            <w:pPr>
              <w:keepNext/>
            </w:pPr>
            <w:r>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61A70"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77777777"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77777777" w:rsidR="003C7CA3" w:rsidRDefault="003454F7">
            <w:pPr>
              <w:keepNext/>
            </w:pPr>
            <w:r>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77777777" w:rsidR="003C7CA3" w:rsidRDefault="003454F7">
            <w:r>
              <w:rPr>
                <w:b/>
                <w:color w:val="0D5F78"/>
              </w:rPr>
              <w:t>Proiectant autor — arhitect / arhitect conductor / arhitect de interior</w:t>
            </w:r>
          </w:p>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61A70"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77777777" w:rsidR="003C7CA3" w:rsidRDefault="003454F7">
            <w:pPr>
              <w:keepNext/>
            </w:pPr>
            <w:r>
              <w:rPr>
                <w:b/>
                <w:color w:val="0D5F78"/>
              </w:rPr>
              <w:t>rezistență mecanică și stabilitate — nume și prenume verificator / nr. atestat</w:t>
            </w:r>
          </w:p>
          <w:p w14:paraId="55A906E7" w14:textId="77777777" w:rsidR="003C7CA3" w:rsidRDefault="003C7CA3">
            <w:pPr>
              <w:keepNext/>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77777777" w:rsidR="003C7CA3" w:rsidRDefault="003454F7">
            <w:pPr>
              <w:keepNext/>
            </w:pPr>
            <w:r>
              <w:rPr>
                <w:b/>
                <w:color w:val="0D5F78"/>
              </w:rPr>
              <w:t>securitate la incendiu — nume și prenume verificator / nr. atestat</w:t>
            </w:r>
          </w:p>
          <w:p w14:paraId="1BCEE1ED" w14:textId="77777777" w:rsidR="003C7CA3" w:rsidRDefault="003C7CA3">
            <w:pPr>
              <w:keepNext/>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77777777" w:rsidR="003C7CA3" w:rsidRDefault="003454F7">
            <w:pPr>
              <w:keepNext/>
            </w:pPr>
            <w:r>
              <w:rPr>
                <w:b/>
                <w:color w:val="0D5F78"/>
              </w:rPr>
              <w:t>igienă, sănătate și mediu înconjurător — nume și prenume verificator / nr. atestat</w:t>
            </w:r>
          </w:p>
          <w:p w14:paraId="1EDBBEFD" w14:textId="77777777" w:rsidR="003C7CA3" w:rsidRDefault="003C7CA3">
            <w:pPr>
              <w:keepNext/>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7777777" w:rsidR="003C7CA3" w:rsidRDefault="003454F7">
            <w:pPr>
              <w:keepNext/>
            </w:pPr>
            <w:r>
              <w:rPr>
                <w:b/>
                <w:color w:val="0D5F78"/>
              </w:rPr>
              <w:t>siguranță și accesibilitate în exploatare — nume și prenume verificator / nr. atestat</w:t>
            </w:r>
          </w:p>
          <w:p w14:paraId="37FBA497" w14:textId="77777777" w:rsidR="003C7CA3" w:rsidRDefault="003C7CA3">
            <w:pPr>
              <w:keepNext/>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7777777" w:rsidR="003C7CA3" w:rsidRDefault="003454F7">
            <w:pPr>
              <w:keepNext/>
            </w:pPr>
            <w:r>
              <w:rPr>
                <w:b/>
                <w:color w:val="0D5F78"/>
              </w:rPr>
              <w:t>protecție împotriva zgomotului — nume și prenume verificator / nr. atestat</w:t>
            </w:r>
          </w:p>
          <w:p w14:paraId="0A4BFEFB" w14:textId="77777777" w:rsidR="003C7CA3" w:rsidRDefault="003C7CA3">
            <w:pPr>
              <w:keepNext/>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77777777" w:rsidR="003C7CA3" w:rsidRDefault="003454F7">
            <w:r>
              <w:rPr>
                <w:b/>
                <w:color w:val="0D5F78"/>
              </w:rPr>
              <w:t>economie de energie și izolare termică — nume și prenume verificator / nr. atestat</w:t>
            </w:r>
          </w:p>
          <w:p w14:paraId="046508A0" w14:textId="77777777" w:rsidR="003C7CA3" w:rsidRDefault="003C7CA3"/>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14:paraId="69625671" w14:textId="77777777">
        <w:trPr>
          <w:cantSplit/>
          <w:trHeight w:val="510"/>
        </w:trPr>
        <w:tc>
          <w:tcPr>
            <w:tcW w:w="4015" w:type="dxa"/>
          </w:tcPr>
          <w:p w14:paraId="35681F51" w14:textId="77777777" w:rsidR="003C7CA3" w:rsidRDefault="003454F7">
            <w:r>
              <w:rPr>
                <w:b/>
                <w:color w:val="0D5F78"/>
              </w:rPr>
              <w:t>Valoarea lucrărilor supuse autorizării (lei)</w:t>
            </w:r>
          </w:p>
          <w:p w14:paraId="76862E94" w14:textId="77777777" w:rsidR="003C7CA3" w:rsidRDefault="003C7CA3"/>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lastRenderedPageBreak/>
              <w:t xml:space="preserve"> </w:t>
            </w:r>
            <w:r w:rsidR="005B29C5">
              <w:rPr>
                <w:b/>
                <w:sz w:val="16"/>
              </w:rPr>
              <w:t>10</w:t>
            </w:r>
            <w:r>
              <w:rPr>
                <w:b/>
                <w:sz w:val="16"/>
              </w:rPr>
              <w:t xml:space="preserve">. </w:t>
            </w:r>
            <w:r>
              <w:rPr>
                <w:b/>
                <w:color w:val="000000"/>
                <w:sz w:val="18"/>
              </w:rPr>
              <w:t>ANEXEZ LA PREZENTA CERERE</w:t>
            </w:r>
          </w:p>
        </w:tc>
      </w:tr>
      <w:tr w:rsidR="003C7CA3" w:rsidRPr="00F61A70"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0CE854D8" w14:textId="77777777" w:rsidR="003C7CA3" w:rsidRDefault="003C7CA3">
            <w:pPr>
              <w:keepNext/>
              <w:pBdr>
                <w:bottom w:val="dotted" w:sz="6" w:space="0" w:color="999999"/>
              </w:pBdr>
              <w:spacing w:after="80"/>
            </w:pPr>
          </w:p>
        </w:tc>
      </w:tr>
      <w:tr w:rsidR="003C7CA3" w14:paraId="0BAC7C49" w14:textId="77777777">
        <w:trPr>
          <w:cantSplit/>
        </w:trPr>
        <w:tc>
          <w:tcPr>
            <w:tcW w:w="9636" w:type="dxa"/>
          </w:tcPr>
          <w:p w14:paraId="02C2F137" w14:textId="77777777"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14:paraId="7DF14FE6" w14:textId="77777777">
        <w:trPr>
          <w:cantSplit/>
        </w:trPr>
        <w:tc>
          <w:tcPr>
            <w:tcW w:w="9636" w:type="dxa"/>
          </w:tcPr>
          <w:p w14:paraId="7328C3ED" w14:textId="77777777" w:rsidR="003C7CA3" w:rsidRDefault="003454F7">
            <w:pPr>
              <w:keepNext/>
            </w:pPr>
            <w:r>
              <w:rPr>
                <w:sz w:val="16"/>
              </w:rPr>
              <w:t>☐ g) declarația pe propria răspundere în cazul în care pentru anumite avize / acorduri se invocă acordarea tacită (original)</w:t>
            </w:r>
          </w:p>
        </w:tc>
      </w:tr>
      <w:tr w:rsidR="003C7CA3" w:rsidRPr="00F61A70" w14:paraId="009A34B6" w14:textId="77777777">
        <w:trPr>
          <w:cantSplit/>
        </w:trPr>
        <w:tc>
          <w:tcPr>
            <w:tcW w:w="9636" w:type="dxa"/>
          </w:tcPr>
          <w:p w14:paraId="2D93225E" w14:textId="77777777" w:rsidR="003C7CA3" w:rsidRPr="005B29C5" w:rsidRDefault="003454F7">
            <w:pPr>
              <w:keepNext/>
              <w:rPr>
                <w:lang w:val="fr-FR"/>
              </w:rPr>
            </w:pPr>
            <w:r>
              <w:rPr>
                <w:sz w:val="16"/>
              </w:rPr>
              <w:t xml:space="preserve"> </w:t>
            </w:r>
            <w:r w:rsidRPr="005B29C5">
              <w:rPr>
                <w:sz w:val="16"/>
                <w:lang w:val="fr-FR"/>
              </w:rPr>
              <w:t>☐ h) acordul vecinilor (1 exemplar copie)</w:t>
            </w:r>
          </w:p>
        </w:tc>
      </w:tr>
      <w:tr w:rsidR="003C7CA3" w:rsidRPr="00F61A70"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F61A70"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F61A70"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77777777" w:rsidR="003C7CA3" w:rsidRDefault="003454F7">
            <w:r>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77777777" w:rsidR="003C7CA3" w:rsidRDefault="003454F7">
      <w:r>
        <w:br w:type="page"/>
      </w:r>
    </w:p>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91F927E" w14:textId="224C0CCF"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6852DFD8" w14:textId="77777777">
        <w:trPr>
          <w:cantSplit/>
        </w:trPr>
        <w:tc>
          <w:tcPr>
            <w:tcW w:w="9636" w:type="dxa"/>
            <w:gridSpan w:val="7"/>
            <w:shd w:val="clear" w:color="auto" w:fill="F4F4F4"/>
          </w:tcPr>
          <w:p w14:paraId="2D8BD40E" w14:textId="77777777"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Pr>
                <w:sz w:val="16"/>
              </w:rPr>
              <w:t xml:space="preserve"> Imobil 2</w:t>
            </w:r>
          </w:p>
        </w:tc>
      </w:tr>
      <w:tr w:rsidR="003C7CA3" w14:paraId="4FBA9BF9" w14:textId="77777777">
        <w:trPr>
          <w:cantSplit/>
          <w:trHeight w:val="510"/>
        </w:trPr>
        <w:tc>
          <w:tcPr>
            <w:tcW w:w="3212" w:type="dxa"/>
          </w:tcPr>
          <w:p w14:paraId="5A3BB7C7" w14:textId="77777777" w:rsidR="003C7CA3" w:rsidRDefault="003454F7">
            <w:pPr>
              <w:keepNext/>
            </w:pPr>
            <w:r>
              <w:rPr>
                <w:b/>
                <w:color w:val="0D5F78"/>
              </w:rPr>
              <w:t>Tip imobil</w:t>
            </w:r>
          </w:p>
          <w:p w14:paraId="40062389" w14:textId="77777777" w:rsidR="003C7CA3" w:rsidRDefault="003454F7">
            <w:pPr>
              <w:keepNext/>
            </w:pPr>
            <w:r>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77777777" w:rsidR="003C7CA3" w:rsidRDefault="003454F7">
            <w:pPr>
              <w:keepNext/>
            </w:pPr>
            <w:r>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77777777" w:rsidR="003C7CA3" w:rsidRDefault="003454F7">
            <w:pPr>
              <w:keepNext/>
            </w:pPr>
            <w:r>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77777777" w:rsidR="003C7CA3" w:rsidRDefault="003454F7">
            <w:pPr>
              <w:keepNext/>
            </w:pPr>
            <w:r>
              <w:rPr>
                <w:b/>
                <w:color w:val="0D5F78"/>
              </w:rPr>
              <w:t>Tip imobil</w:t>
            </w:r>
          </w:p>
          <w:p w14:paraId="0092F673" w14:textId="77777777" w:rsidR="003C7CA3" w:rsidRDefault="003454F7">
            <w:pPr>
              <w:keepNext/>
            </w:pPr>
            <w:r>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77777777" w:rsidR="003C7CA3" w:rsidRDefault="003454F7">
            <w:pPr>
              <w:keepNext/>
            </w:pPr>
            <w:r>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77777777" w:rsidR="003C7CA3" w:rsidRDefault="003454F7">
            <w:pPr>
              <w:keepNext/>
            </w:pPr>
            <w:r>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77777777" w:rsidR="003C7CA3" w:rsidRDefault="003454F7">
            <w:pPr>
              <w:keepNext/>
            </w:pPr>
            <w:r>
              <w:rPr>
                <w:b/>
                <w:color w:val="0D5F78"/>
              </w:rPr>
              <w:t>Tip imobil</w:t>
            </w:r>
          </w:p>
          <w:p w14:paraId="60F59FB1" w14:textId="77777777" w:rsidR="003C7CA3" w:rsidRDefault="003454F7">
            <w:pPr>
              <w:keepNext/>
            </w:pPr>
            <w:r>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77777777" w:rsidR="003C7CA3" w:rsidRDefault="003454F7">
            <w:pPr>
              <w:keepNext/>
            </w:pPr>
            <w:r>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7777777" w:rsidR="003C7CA3" w:rsidRDefault="003454F7">
            <w:pPr>
              <w:keepNext/>
            </w:pPr>
            <w:r>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77777777" w:rsidR="003C7CA3" w:rsidRDefault="003454F7">
            <w:pPr>
              <w:keepNext/>
            </w:pPr>
            <w:r>
              <w:rPr>
                <w:b/>
                <w:color w:val="0D5F78"/>
              </w:rPr>
              <w:t>Tip imobil</w:t>
            </w:r>
          </w:p>
          <w:p w14:paraId="68697DD0" w14:textId="77777777" w:rsidR="003C7CA3" w:rsidRDefault="003454F7">
            <w:pPr>
              <w:keepNext/>
            </w:pPr>
            <w:r>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77777777"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77777777" w:rsidR="003C7CA3" w:rsidRDefault="003454F7">
            <w:pPr>
              <w:keepNext/>
            </w:pPr>
            <w:r>
              <w:rPr>
                <w:sz w:val="16"/>
              </w:rPr>
              <w:t xml:space="preserve"> 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77777777"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265C486" w14:textId="5A9420AA"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61A70"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14:paraId="147A6BE2" w14:textId="77777777">
        <w:trPr>
          <w:cantSplit/>
        </w:trPr>
        <w:tc>
          <w:tcPr>
            <w:tcW w:w="9636" w:type="dxa"/>
          </w:tcPr>
          <w:p w14:paraId="601EB108" w14:textId="77777777"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14:paraId="55BF03ED" w14:textId="77777777">
        <w:trPr>
          <w:cantSplit/>
        </w:trPr>
        <w:tc>
          <w:tcPr>
            <w:tcW w:w="9636" w:type="dxa"/>
          </w:tcPr>
          <w:p w14:paraId="5D3F0566" w14:textId="77777777"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14:paraId="5C30782E" w14:textId="77777777">
        <w:trPr>
          <w:cantSplit/>
        </w:trPr>
        <w:tc>
          <w:tcPr>
            <w:tcW w:w="9636" w:type="dxa"/>
          </w:tcPr>
          <w:p w14:paraId="2E7867BD" w14:textId="77777777" w:rsidR="003C7CA3" w:rsidRPr="00F61A70" w:rsidRDefault="003454F7">
            <w:pPr>
              <w:keepNext/>
              <w:rPr>
                <w:b/>
                <w:bCs/>
                <w:lang w:val="fr-FR"/>
              </w:rPr>
            </w:pPr>
            <w:r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006DCEB3" w:rsidR="003C7CA3" w:rsidRPr="00F61A70" w:rsidRDefault="003454F7">
            <w:pPr>
              <w:keepNext/>
              <w:rPr>
                <w:b/>
                <w:bCs/>
              </w:rPr>
            </w:pPr>
            <w:r w:rsidRPr="00F61A70">
              <w:rPr>
                <w:b/>
                <w:bCs/>
                <w:sz w:val="16"/>
              </w:rPr>
              <w:t>☐ B.2 · realizate la:</w:t>
            </w:r>
          </w:p>
        </w:tc>
      </w:tr>
      <w:tr w:rsidR="003C7CA3" w:rsidRPr="00F61A70" w14:paraId="21686F75" w14:textId="77777777">
        <w:trPr>
          <w:cantSplit/>
        </w:trPr>
        <w:tc>
          <w:tcPr>
            <w:tcW w:w="9636" w:type="dxa"/>
          </w:tcPr>
          <w:p w14:paraId="27A0F79D" w14:textId="77777777" w:rsidR="003C7CA3" w:rsidRDefault="003454F7">
            <w:pPr>
              <w:keepNext/>
            </w:pPr>
            <w:r>
              <w:rPr>
                <w:sz w:val="16"/>
              </w:rPr>
              <w:t>☐ construcții monument istoric (Legea nr. 422/2001), inclusiv anexele din același imobil</w:t>
            </w:r>
          </w:p>
          <w:p w14:paraId="6548132E" w14:textId="77777777" w:rsidR="003C7CA3" w:rsidRPr="005B29C5" w:rsidRDefault="003454F7">
            <w:pPr>
              <w:keepNext/>
              <w:rPr>
                <w:lang w:val="fr-FR"/>
              </w:rPr>
            </w:pPr>
            <w:r w:rsidRPr="005B29C5">
              <w:rPr>
                <w:sz w:val="16"/>
                <w:lang w:val="fr-FR"/>
              </w:rPr>
              <w:t>☐ construcții în zona de protecție a monumentelor istorice</w:t>
            </w:r>
          </w:p>
          <w:p w14:paraId="1914C10D" w14:textId="77777777" w:rsidR="003C7CA3" w:rsidRPr="005B29C5" w:rsidRDefault="003454F7">
            <w:pPr>
              <w:keepNext/>
              <w:rPr>
                <w:lang w:val="fr-FR"/>
              </w:rPr>
            </w:pPr>
            <w:r w:rsidRPr="005B29C5">
              <w:rPr>
                <w:sz w:val="16"/>
                <w:lang w:val="fr-FR"/>
              </w:rPr>
              <w:t>☐ construcții în zone construite protejate</w:t>
            </w:r>
          </w:p>
          <w:p w14:paraId="4C3ED46E" w14:textId="77777777"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14:paraId="365A3BB4" w14:textId="77777777">
        <w:trPr>
          <w:cantSplit/>
        </w:trPr>
        <w:tc>
          <w:tcPr>
            <w:tcW w:w="9636" w:type="dxa"/>
          </w:tcPr>
          <w:p w14:paraId="3E8899C5" w14:textId="67645643"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14:paraId="197FF23C" w14:textId="76775AA0"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77777777" w:rsidR="003C7CA3" w:rsidRPr="005B29C5" w:rsidRDefault="003454F7">
            <w:pPr>
              <w:keepNext/>
              <w:rPr>
                <w:lang w:val="fr-FR"/>
              </w:rPr>
            </w:pPr>
            <w:r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14:paraId="66C8F468" w14:textId="77777777">
        <w:trPr>
          <w:cantSplit/>
        </w:trPr>
        <w:tc>
          <w:tcPr>
            <w:tcW w:w="9636" w:type="dxa"/>
          </w:tcPr>
          <w:p w14:paraId="43680500" w14:textId="77777777" w:rsidR="003C7CA3" w:rsidRDefault="003454F7">
            <w:pPr>
              <w:keepNext/>
            </w:pPr>
            <w:r>
              <w:rPr>
                <w:sz w:val="16"/>
              </w:rPr>
              <w:t>☐ C.1 · amenajări civile</w:t>
            </w:r>
          </w:p>
          <w:p w14:paraId="0894A1ED" w14:textId="77777777" w:rsidR="003C7CA3" w:rsidRDefault="003454F7">
            <w:pPr>
              <w:keepNext/>
            </w:pPr>
            <w:r>
              <w:rPr>
                <w:sz w:val="16"/>
              </w:rPr>
              <w:t>☐ C.2 · amenajări și îmbunătățiri funciare</w:t>
            </w:r>
          </w:p>
          <w:p w14:paraId="4914BB2B" w14:textId="77777777" w:rsidR="003C7CA3" w:rsidRDefault="003454F7">
            <w:pPr>
              <w:keepNext/>
            </w:pPr>
            <w:r>
              <w:rPr>
                <w:sz w:val="16"/>
              </w:rPr>
              <w:t>☐ C.3 · construcții provizorii / cu caracter temporar</w:t>
            </w:r>
          </w:p>
          <w:p w14:paraId="3B5D31B2" w14:textId="77777777" w:rsidR="003C7CA3" w:rsidRDefault="003454F7">
            <w:pPr>
              <w:keepNext/>
            </w:pPr>
            <w:r>
              <w:rPr>
                <w:sz w:val="16"/>
              </w:rPr>
              <w:t>☐ C.4 · cercetarea / prospectarea terenurilor, foraje, excavări, studii topografice, geologice, geotehnice, geofizice, hidrologice</w:t>
            </w:r>
          </w:p>
          <w:p w14:paraId="014841AD" w14:textId="77777777" w:rsidR="003C7CA3" w:rsidRDefault="003454F7">
            <w:pPr>
              <w:keepNext/>
            </w:pPr>
            <w:r>
              <w:rPr>
                <w:sz w:val="16"/>
              </w:rPr>
              <w:t>☐ C.5 · cercetări pentru zăcăminte naturale</w:t>
            </w:r>
          </w:p>
          <w:p w14:paraId="4C0C2C50" w14:textId="77777777" w:rsidR="003C7CA3" w:rsidRPr="005B29C5" w:rsidRDefault="003454F7">
            <w:pPr>
              <w:keepNext/>
              <w:rPr>
                <w:lang w:val="fr-FR"/>
              </w:rPr>
            </w:pPr>
            <w:r w:rsidRPr="005B29C5">
              <w:rPr>
                <w:sz w:val="16"/>
                <w:lang w:val="fr-FR"/>
              </w:rPr>
              <w:t>☐ C.6 · spații verzi, plantate</w:t>
            </w:r>
          </w:p>
          <w:p w14:paraId="0A0CE830" w14:textId="77777777" w:rsidR="003C7CA3" w:rsidRPr="005B29C5" w:rsidRDefault="003454F7">
            <w:pPr>
              <w:keepNext/>
              <w:rPr>
                <w:lang w:val="fr-FR"/>
              </w:rPr>
            </w:pPr>
            <w:r w:rsidRPr="005B29C5">
              <w:rPr>
                <w:sz w:val="16"/>
                <w:lang w:val="fr-FR"/>
              </w:rPr>
              <w:t>☐ C.7 · spații publice</w:t>
            </w:r>
          </w:p>
          <w:p w14:paraId="2C342054" w14:textId="77777777" w:rsidR="003C7CA3" w:rsidRPr="005B29C5" w:rsidRDefault="003454F7">
            <w:pPr>
              <w:keepNext/>
              <w:rPr>
                <w:lang w:val="fr-FR"/>
              </w:rPr>
            </w:pPr>
            <w:r w:rsidRPr="005B29C5">
              <w:rPr>
                <w:sz w:val="16"/>
                <w:lang w:val="fr-FR"/>
              </w:rPr>
              <w:t>☐ C.8 · organizare de șantier</w:t>
            </w:r>
          </w:p>
        </w:tc>
      </w:tr>
      <w:tr w:rsidR="003C7CA3" w:rsidRPr="00F61A70"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14:paraId="04D8B1F3" w14:textId="77777777">
        <w:trPr>
          <w:cantSplit/>
        </w:trPr>
        <w:tc>
          <w:tcPr>
            <w:tcW w:w="9636" w:type="dxa"/>
          </w:tcPr>
          <w:p w14:paraId="5DB1C9BE" w14:textId="77777777" w:rsidR="003C7CA3" w:rsidRPr="005B29C5" w:rsidRDefault="003454F7">
            <w:pPr>
              <w:rPr>
                <w:lang w:val="fr-FR"/>
              </w:rPr>
            </w:pPr>
            <w:r w:rsidRPr="005B29C5">
              <w:rPr>
                <w:sz w:val="16"/>
                <w:lang w:val="fr-FR"/>
              </w:rPr>
              <w:t>☐ D.1 · infrastructura de transport, alta decât cea de interes național</w:t>
            </w:r>
          </w:p>
          <w:p w14:paraId="0895795C" w14:textId="77777777" w:rsidR="003C7CA3" w:rsidRPr="005B29C5" w:rsidRDefault="003454F7">
            <w:pPr>
              <w:rPr>
                <w:lang w:val="fr-FR"/>
              </w:rPr>
            </w:pPr>
            <w:r w:rsidRPr="005B29C5">
              <w:rPr>
                <w:sz w:val="16"/>
                <w:lang w:val="fr-FR"/>
              </w:rPr>
              <w:t>☐ D.2 · infrastructură în domeniul energiei</w:t>
            </w:r>
          </w:p>
          <w:p w14:paraId="695D7125" w14:textId="77777777" w:rsidR="003C7CA3" w:rsidRPr="005B29C5" w:rsidRDefault="003454F7">
            <w:pPr>
              <w:rPr>
                <w:lang w:val="fr-FR"/>
              </w:rPr>
            </w:pPr>
            <w:r w:rsidRPr="005B29C5">
              <w:rPr>
                <w:sz w:val="16"/>
                <w:lang w:val="fr-FR"/>
              </w:rPr>
              <w:t>☐ D.3 · rețele de comunicații electronice și infrastructurile fizice aferente</w:t>
            </w:r>
          </w:p>
          <w:p w14:paraId="40CA9785" w14:textId="77777777" w:rsidR="003C7CA3" w:rsidRPr="005B29C5" w:rsidRDefault="003454F7">
            <w:pPr>
              <w:rPr>
                <w:lang w:val="fr-FR"/>
              </w:rPr>
            </w:pPr>
            <w:r w:rsidRPr="005B29C5">
              <w:rPr>
                <w:sz w:val="16"/>
                <w:lang w:val="fr-FR"/>
              </w:rPr>
              <w:t>☐ D.4 · gospodărirea apelor</w:t>
            </w:r>
          </w:p>
          <w:p w14:paraId="3723A58E" w14:textId="77777777" w:rsidR="003C7CA3" w:rsidRPr="005B29C5" w:rsidRDefault="003454F7">
            <w:pPr>
              <w:rPr>
                <w:lang w:val="fr-FR"/>
              </w:rPr>
            </w:pPr>
            <w:r w:rsidRPr="005B29C5">
              <w:rPr>
                <w:sz w:val="16"/>
                <w:lang w:val="fr-FR"/>
              </w:rPr>
              <w:t>☐ D.5 · hidrotehnice</w:t>
            </w:r>
          </w:p>
          <w:p w14:paraId="6D930310" w14:textId="77777777" w:rsidR="003C7CA3" w:rsidRPr="005B29C5" w:rsidRDefault="003454F7">
            <w:pPr>
              <w:rPr>
                <w:lang w:val="fr-FR"/>
              </w:rPr>
            </w:pPr>
            <w:r w:rsidRPr="005B29C5">
              <w:rPr>
                <w:sz w:val="16"/>
                <w:lang w:val="fr-FR"/>
              </w:rPr>
              <w:t>☐ D.6 · miniere</w:t>
            </w:r>
          </w:p>
          <w:p w14:paraId="3BE96BC8" w14:textId="77777777" w:rsidR="003C7CA3" w:rsidRDefault="003454F7">
            <w:r>
              <w:rPr>
                <w:sz w:val="16"/>
              </w:rPr>
              <w:t>☐ D.7 · alte lucrări inginerești necesare unor obiective de interes public</w:t>
            </w:r>
          </w:p>
        </w:tc>
      </w:tr>
    </w:tbl>
    <w:p w14:paraId="082F6609" w14:textId="77777777" w:rsidR="003C7CA3" w:rsidRPr="00913191" w:rsidRDefault="003C7CA3">
      <w:pPr>
        <w:spacing w:line="168" w:lineRule="auto"/>
        <w:rPr>
          <w:u w:val="single"/>
        </w:rPr>
      </w:pPr>
    </w:p>
    <w:p w14:paraId="7B0C7BA1" w14:textId="77777777" w:rsidR="00913191" w:rsidRPr="00913191" w:rsidRDefault="00913191">
      <w:pPr>
        <w:spacing w:line="168" w:lineRule="auto"/>
        <w:rPr>
          <w:sz w:val="18"/>
          <w:szCs w:val="18"/>
          <w:u w:val="single"/>
          <w:lang w:val="fr-FR"/>
        </w:rPr>
      </w:pPr>
    </w:p>
    <w:p w14:paraId="4AA9E511" w14:textId="2D0DDB8C"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14:paraId="7605E0CD" w14:textId="77777777">
        <w:trPr>
          <w:cantSplit/>
        </w:trPr>
        <w:tc>
          <w:tcPr>
            <w:tcW w:w="9636" w:type="dxa"/>
            <w:gridSpan w:val="5"/>
            <w:shd w:val="clear" w:color="auto" w:fill="F4F4F4"/>
          </w:tcPr>
          <w:p w14:paraId="47A73E17" w14:textId="77777777" w:rsidR="00C46767" w:rsidRDefault="00C46767" w:rsidP="00C46767">
            <w:pPr>
              <w:keepNext/>
            </w:pPr>
            <w:r>
              <w:rPr>
                <w:sz w:val="16"/>
              </w:rPr>
              <w:t xml:space="preserve"> Amplasarea clădirilor pe teren, după realizarea lucrărilor — retragerile minime</w:t>
            </w:r>
          </w:p>
        </w:tc>
      </w:tr>
      <w:tr w:rsidR="00C46767" w:rsidRPr="00F61A70" w14:paraId="2EE614B8" w14:textId="77777777">
        <w:trPr>
          <w:cantSplit/>
          <w:trHeight w:val="510"/>
        </w:trPr>
        <w:tc>
          <w:tcPr>
            <w:tcW w:w="2409" w:type="dxa"/>
          </w:tcPr>
          <w:p w14:paraId="5A8E209E" w14:textId="77777777" w:rsidR="00C46767" w:rsidRDefault="00C46767" w:rsidP="00C46767">
            <w:r>
              <w:rPr>
                <w:b/>
                <w:color w:val="0D5F78"/>
              </w:rPr>
              <w:t>față de aliniament (m)</w:t>
            </w:r>
          </w:p>
          <w:p w14:paraId="198628E3" w14:textId="77777777" w:rsidR="00C46767" w:rsidRDefault="00C46767" w:rsidP="00C46767"/>
        </w:tc>
        <w:tc>
          <w:tcPr>
            <w:tcW w:w="2409" w:type="dxa"/>
            <w:gridSpan w:val="2"/>
          </w:tcPr>
          <w:p w14:paraId="4ADB5DFD" w14:textId="77777777" w:rsidR="00C46767" w:rsidRDefault="00C46767" w:rsidP="00C46767">
            <w:r>
              <w:rPr>
                <w:b/>
                <w:color w:val="0D5F78"/>
              </w:rPr>
              <w:t>față de limita lateral-dreapta (m)</w:t>
            </w:r>
          </w:p>
          <w:p w14:paraId="5CB17E5D" w14:textId="77777777" w:rsidR="00C46767" w:rsidRDefault="00C46767" w:rsidP="00C46767"/>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F61A70"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303E64">
        <w:trPr>
          <w:cantSplit/>
        </w:trPr>
        <w:tc>
          <w:tcPr>
            <w:tcW w:w="9636" w:type="dxa"/>
            <w:gridSpan w:val="4"/>
            <w:shd w:val="clear" w:color="auto" w:fill="F4F4F4"/>
          </w:tcPr>
          <w:p w14:paraId="5F98CBA4" w14:textId="2EDCA382" w:rsidR="0007047E" w:rsidRPr="005B29C5" w:rsidRDefault="0007047E" w:rsidP="00303E64">
            <w:pPr>
              <w:keepNext/>
              <w:rPr>
                <w:lang w:val="fr-FR"/>
              </w:rPr>
            </w:pPr>
            <w:r>
              <w:rPr>
                <w:b/>
                <w:sz w:val="16"/>
                <w:lang w:val="fr-FR"/>
              </w:rPr>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303E64">
        <w:trPr>
          <w:cantSplit/>
          <w:trHeight w:val="297"/>
        </w:trPr>
        <w:tc>
          <w:tcPr>
            <w:tcW w:w="2409" w:type="dxa"/>
          </w:tcPr>
          <w:p w14:paraId="5BB088E4" w14:textId="77777777" w:rsidR="0007047E" w:rsidRPr="0007047E" w:rsidRDefault="0007047E" w:rsidP="00303E64">
            <w:pPr>
              <w:keepNext/>
              <w:rPr>
                <w:sz w:val="16"/>
                <w:szCs w:val="16"/>
              </w:rPr>
            </w:pPr>
            <w:r w:rsidRPr="0007047E">
              <w:rPr>
                <w:sz w:val="16"/>
                <w:szCs w:val="16"/>
              </w:rPr>
              <w:t>clădiri existente, din care:</w:t>
            </w:r>
          </w:p>
        </w:tc>
        <w:tc>
          <w:tcPr>
            <w:tcW w:w="2409" w:type="dxa"/>
          </w:tcPr>
          <w:p w14:paraId="1E806F4B" w14:textId="77777777" w:rsidR="0007047E" w:rsidRDefault="0007047E" w:rsidP="00303E64">
            <w:pPr>
              <w:keepNext/>
            </w:pPr>
            <w:r>
              <w:rPr>
                <w:b/>
                <w:color w:val="0D5F78"/>
              </w:rPr>
              <w:t>Suprafață construită (m²)</w:t>
            </w:r>
          </w:p>
          <w:p w14:paraId="403A4944" w14:textId="77777777" w:rsidR="0007047E" w:rsidRDefault="0007047E" w:rsidP="00303E64">
            <w:pPr>
              <w:keepNext/>
            </w:pPr>
          </w:p>
        </w:tc>
        <w:tc>
          <w:tcPr>
            <w:tcW w:w="2409" w:type="dxa"/>
          </w:tcPr>
          <w:p w14:paraId="17199850" w14:textId="77777777" w:rsidR="0007047E" w:rsidRDefault="0007047E" w:rsidP="00303E64">
            <w:pPr>
              <w:keepNext/>
            </w:pPr>
            <w:r>
              <w:rPr>
                <w:b/>
                <w:color w:val="0D5F78"/>
              </w:rPr>
              <w:t>Suprafață desfășurată (m²)</w:t>
            </w:r>
          </w:p>
          <w:p w14:paraId="4BF4EA09" w14:textId="77777777" w:rsidR="0007047E" w:rsidRDefault="0007047E" w:rsidP="00303E64">
            <w:pPr>
              <w:keepNext/>
            </w:pPr>
          </w:p>
        </w:tc>
        <w:tc>
          <w:tcPr>
            <w:tcW w:w="2409" w:type="dxa"/>
          </w:tcPr>
          <w:p w14:paraId="0DC34539" w14:textId="77777777" w:rsidR="0007047E" w:rsidRDefault="0007047E" w:rsidP="00303E64">
            <w:pPr>
              <w:keepNext/>
            </w:pPr>
            <w:r>
              <w:rPr>
                <w:b/>
                <w:color w:val="0D5F78"/>
              </w:rPr>
              <w:t>Suprafață utilă (m²)</w:t>
            </w:r>
          </w:p>
          <w:p w14:paraId="1743490B" w14:textId="77777777" w:rsidR="0007047E" w:rsidRDefault="0007047E" w:rsidP="00303E64">
            <w:pPr>
              <w:keepNext/>
            </w:pPr>
          </w:p>
        </w:tc>
      </w:tr>
      <w:tr w:rsidR="0007047E" w14:paraId="290E3B1A" w14:textId="77777777" w:rsidTr="00303E64">
        <w:trPr>
          <w:cantSplit/>
          <w:trHeight w:val="192"/>
        </w:trPr>
        <w:tc>
          <w:tcPr>
            <w:tcW w:w="2409" w:type="dxa"/>
          </w:tcPr>
          <w:p w14:paraId="77A680BD" w14:textId="77777777" w:rsidR="0007047E" w:rsidRPr="0007047E" w:rsidRDefault="0007047E" w:rsidP="00303E64">
            <w:pPr>
              <w:keepNext/>
              <w:rPr>
                <w:sz w:val="16"/>
                <w:szCs w:val="16"/>
              </w:rPr>
            </w:pPr>
            <w:r w:rsidRPr="0007047E">
              <w:rPr>
                <w:sz w:val="16"/>
                <w:szCs w:val="16"/>
              </w:rPr>
              <w:t>— desființate</w:t>
            </w:r>
          </w:p>
        </w:tc>
        <w:tc>
          <w:tcPr>
            <w:tcW w:w="2409" w:type="dxa"/>
          </w:tcPr>
          <w:p w14:paraId="49A5CEE4" w14:textId="77777777" w:rsidR="0007047E" w:rsidRDefault="0007047E" w:rsidP="00303E64">
            <w:pPr>
              <w:keepNext/>
            </w:pPr>
          </w:p>
        </w:tc>
        <w:tc>
          <w:tcPr>
            <w:tcW w:w="2409" w:type="dxa"/>
          </w:tcPr>
          <w:p w14:paraId="78FEE0F5" w14:textId="77777777" w:rsidR="0007047E" w:rsidRDefault="0007047E" w:rsidP="00303E64">
            <w:pPr>
              <w:keepNext/>
            </w:pPr>
          </w:p>
        </w:tc>
        <w:tc>
          <w:tcPr>
            <w:tcW w:w="2409" w:type="dxa"/>
          </w:tcPr>
          <w:p w14:paraId="650918ED" w14:textId="77777777" w:rsidR="0007047E" w:rsidRDefault="0007047E" w:rsidP="00303E64">
            <w:pPr>
              <w:keepNext/>
            </w:pPr>
          </w:p>
        </w:tc>
      </w:tr>
      <w:tr w:rsidR="0007047E" w14:paraId="56C425C9" w14:textId="77777777" w:rsidTr="00303E64">
        <w:trPr>
          <w:cantSplit/>
          <w:trHeight w:val="137"/>
        </w:trPr>
        <w:tc>
          <w:tcPr>
            <w:tcW w:w="2409" w:type="dxa"/>
          </w:tcPr>
          <w:p w14:paraId="21FE29B7" w14:textId="77777777" w:rsidR="0007047E" w:rsidRPr="0007047E" w:rsidRDefault="0007047E" w:rsidP="00303E64">
            <w:pPr>
              <w:keepNext/>
              <w:rPr>
                <w:sz w:val="16"/>
                <w:szCs w:val="16"/>
              </w:rPr>
            </w:pPr>
            <w:r w:rsidRPr="0007047E">
              <w:rPr>
                <w:sz w:val="16"/>
                <w:szCs w:val="16"/>
              </w:rPr>
              <w:t>— menținute</w:t>
            </w:r>
          </w:p>
        </w:tc>
        <w:tc>
          <w:tcPr>
            <w:tcW w:w="2409" w:type="dxa"/>
          </w:tcPr>
          <w:p w14:paraId="2E932015" w14:textId="77777777" w:rsidR="0007047E" w:rsidRDefault="0007047E" w:rsidP="00303E64">
            <w:pPr>
              <w:keepNext/>
            </w:pPr>
          </w:p>
        </w:tc>
        <w:tc>
          <w:tcPr>
            <w:tcW w:w="2409" w:type="dxa"/>
          </w:tcPr>
          <w:p w14:paraId="5D428DDC" w14:textId="77777777" w:rsidR="0007047E" w:rsidRDefault="0007047E" w:rsidP="00303E64">
            <w:pPr>
              <w:keepNext/>
            </w:pPr>
          </w:p>
        </w:tc>
        <w:tc>
          <w:tcPr>
            <w:tcW w:w="2409" w:type="dxa"/>
          </w:tcPr>
          <w:p w14:paraId="5D490EA8" w14:textId="77777777" w:rsidR="0007047E" w:rsidRDefault="0007047E" w:rsidP="00303E64">
            <w:pPr>
              <w:keepNext/>
            </w:pPr>
          </w:p>
        </w:tc>
      </w:tr>
      <w:tr w:rsidR="0007047E" w14:paraId="1C398D53" w14:textId="77777777" w:rsidTr="00303E64">
        <w:trPr>
          <w:cantSplit/>
          <w:trHeight w:val="226"/>
        </w:trPr>
        <w:tc>
          <w:tcPr>
            <w:tcW w:w="2409" w:type="dxa"/>
          </w:tcPr>
          <w:p w14:paraId="3DEA794B" w14:textId="77777777" w:rsidR="0007047E" w:rsidRPr="0007047E" w:rsidRDefault="0007047E" w:rsidP="00303E64">
            <w:pPr>
              <w:keepNext/>
              <w:rPr>
                <w:sz w:val="16"/>
                <w:szCs w:val="16"/>
              </w:rPr>
            </w:pPr>
            <w:r w:rsidRPr="0007047E">
              <w:rPr>
                <w:sz w:val="16"/>
                <w:szCs w:val="16"/>
              </w:rPr>
              <w:t>clădiri propuse</w:t>
            </w:r>
          </w:p>
        </w:tc>
        <w:tc>
          <w:tcPr>
            <w:tcW w:w="2409" w:type="dxa"/>
          </w:tcPr>
          <w:p w14:paraId="673C13F3" w14:textId="77777777" w:rsidR="0007047E" w:rsidRDefault="0007047E" w:rsidP="00303E64">
            <w:pPr>
              <w:keepNext/>
            </w:pPr>
          </w:p>
        </w:tc>
        <w:tc>
          <w:tcPr>
            <w:tcW w:w="2409" w:type="dxa"/>
          </w:tcPr>
          <w:p w14:paraId="06D64C17" w14:textId="77777777" w:rsidR="0007047E" w:rsidRDefault="0007047E" w:rsidP="00303E64">
            <w:pPr>
              <w:keepNext/>
            </w:pPr>
          </w:p>
        </w:tc>
        <w:tc>
          <w:tcPr>
            <w:tcW w:w="2409" w:type="dxa"/>
          </w:tcPr>
          <w:p w14:paraId="6631B6AA" w14:textId="77777777" w:rsidR="0007047E" w:rsidRDefault="0007047E" w:rsidP="00303E64">
            <w:pPr>
              <w:keepNext/>
            </w:pPr>
          </w:p>
        </w:tc>
      </w:tr>
      <w:tr w:rsidR="0007047E" w14:paraId="60C12F08" w14:textId="77777777" w:rsidTr="00303E64">
        <w:trPr>
          <w:cantSplit/>
          <w:trHeight w:val="130"/>
        </w:trPr>
        <w:tc>
          <w:tcPr>
            <w:tcW w:w="2409" w:type="dxa"/>
          </w:tcPr>
          <w:p w14:paraId="66EF5C67" w14:textId="77777777" w:rsidR="0007047E" w:rsidRPr="0007047E" w:rsidRDefault="0007047E" w:rsidP="00303E64">
            <w:pPr>
              <w:keepNext/>
              <w:rPr>
                <w:sz w:val="16"/>
                <w:szCs w:val="16"/>
              </w:rPr>
            </w:pPr>
            <w:r w:rsidRPr="0007047E">
              <w:rPr>
                <w:sz w:val="16"/>
                <w:szCs w:val="16"/>
              </w:rPr>
              <w:t>TOTAL (menținute + propuse)</w:t>
            </w:r>
          </w:p>
        </w:tc>
        <w:tc>
          <w:tcPr>
            <w:tcW w:w="2409" w:type="dxa"/>
          </w:tcPr>
          <w:p w14:paraId="07B8BE8D" w14:textId="77777777" w:rsidR="0007047E" w:rsidRDefault="0007047E" w:rsidP="00303E64">
            <w:pPr>
              <w:keepNext/>
            </w:pPr>
          </w:p>
        </w:tc>
        <w:tc>
          <w:tcPr>
            <w:tcW w:w="2409" w:type="dxa"/>
          </w:tcPr>
          <w:p w14:paraId="5572E69C" w14:textId="77777777" w:rsidR="0007047E" w:rsidRDefault="0007047E" w:rsidP="00303E64">
            <w:pPr>
              <w:keepNext/>
            </w:pPr>
          </w:p>
        </w:tc>
        <w:tc>
          <w:tcPr>
            <w:tcW w:w="2409" w:type="dxa"/>
          </w:tcPr>
          <w:p w14:paraId="3405E223" w14:textId="77777777" w:rsidR="0007047E" w:rsidRDefault="0007047E" w:rsidP="00303E64">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61A70"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Default="003454F7">
            <w:pPr>
              <w:keepNext/>
            </w:pPr>
            <w:r>
              <w:rPr>
                <w:b/>
                <w:color w:val="0D5F78"/>
              </w:rPr>
              <w:t>NIS</w:t>
            </w:r>
          </w:p>
          <w:p w14:paraId="4A761AB4" w14:textId="77777777" w:rsidR="003C7CA3" w:rsidRDefault="003454F7">
            <w:pPr>
              <w:keepNext/>
            </w:pPr>
            <w:r>
              <w:rPr>
                <w:i/>
                <w:color w:val="7A7A7A"/>
              </w:rPr>
              <w:t>numărul din Registrul Național al Clădirilor, dacă e deja înregistrată</w:t>
            </w:r>
          </w:p>
          <w:p w14:paraId="2FEB4109" w14:textId="77777777" w:rsidR="003C7CA3" w:rsidRDefault="003C7CA3">
            <w:pPr>
              <w:keepNext/>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F61A70"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F61A70"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F61A70"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Default="003454F7">
            <w:pPr>
              <w:keepNext/>
              <w:rPr>
                <w:b/>
                <w:color w:val="0D5F78"/>
              </w:rPr>
            </w:pPr>
            <w:r>
              <w:rPr>
                <w:b/>
                <w:color w:val="0D5F78"/>
              </w:rPr>
              <w:t>Suprafața desfășurată (m²)</w:t>
            </w:r>
          </w:p>
          <w:p w14:paraId="7E1A2C27" w14:textId="4D1CD3B2" w:rsidR="00F61A70" w:rsidRDefault="00F61A70">
            <w:pPr>
              <w:keepNext/>
            </w:pPr>
            <w:r w:rsidRPr="00F61A70">
              <w:rPr>
                <w:bCs/>
                <w:i/>
                <w:iCs/>
                <w:color w:val="808080" w:themeColor="background1" w:themeShade="80"/>
                <w:lang w:val="fr-FR"/>
              </w:rPr>
              <w:t>(existent/propus)</w:t>
            </w:r>
          </w:p>
          <w:p w14:paraId="74D48601" w14:textId="77777777" w:rsidR="003C7CA3" w:rsidRDefault="003C7CA3">
            <w:pPr>
              <w:keepNext/>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9E435D" w14:paraId="7BA6871E" w14:textId="77777777">
        <w:trPr>
          <w:cantSplit/>
          <w:trHeight w:val="510"/>
        </w:trPr>
        <w:tc>
          <w:tcPr>
            <w:tcW w:w="2409" w:type="dxa"/>
          </w:tcPr>
          <w:p w14:paraId="13427585" w14:textId="056B9861"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14:paraId="77A32C88" w14:textId="77777777" w:rsidR="003C7CA3" w:rsidRDefault="003454F7">
            <w:pPr>
              <w:keepNext/>
            </w:pPr>
            <w:r>
              <w:rPr>
                <w:i/>
                <w:color w:val="7A7A7A"/>
              </w:rPr>
              <w:t>șarpantă sau terasă</w:t>
            </w:r>
          </w:p>
          <w:p w14:paraId="49F0469B" w14:textId="77777777" w:rsidR="003C7CA3" w:rsidRDefault="003C7CA3">
            <w:pPr>
              <w:keepNext/>
            </w:pPr>
          </w:p>
        </w:tc>
        <w:tc>
          <w:tcPr>
            <w:tcW w:w="2409" w:type="dxa"/>
            <w:gridSpan w:val="3"/>
          </w:tcPr>
          <w:p w14:paraId="21D1830D" w14:textId="77777777" w:rsidR="003C7CA3" w:rsidRDefault="003454F7">
            <w:pPr>
              <w:keepNext/>
              <w:rPr>
                <w:b/>
                <w:color w:val="0D5F78"/>
              </w:rPr>
            </w:pPr>
            <w:r>
              <w:rPr>
                <w:b/>
                <w:color w:val="0D5F78"/>
              </w:rPr>
              <w:t>Învelitoare (material / culoare)</w:t>
            </w:r>
          </w:p>
          <w:p w14:paraId="19E92829" w14:textId="20B66F95" w:rsidR="009E435D" w:rsidRDefault="009E435D">
            <w:pPr>
              <w:keepNext/>
            </w:pPr>
            <w:r w:rsidRPr="00F61A70">
              <w:rPr>
                <w:bCs/>
                <w:i/>
                <w:iCs/>
                <w:color w:val="808080" w:themeColor="background1" w:themeShade="80"/>
                <w:lang w:val="fr-FR"/>
              </w:rPr>
              <w:t>(existent/propus)</w:t>
            </w:r>
          </w:p>
          <w:p w14:paraId="7D9D3BEC" w14:textId="77777777" w:rsidR="003C7CA3" w:rsidRDefault="003C7CA3">
            <w:pPr>
              <w:keepNext/>
            </w:pPr>
          </w:p>
        </w:tc>
        <w:tc>
          <w:tcPr>
            <w:tcW w:w="2409" w:type="dxa"/>
            <w:gridSpan w:val="3"/>
          </w:tcPr>
          <w:p w14:paraId="74D7EE9D" w14:textId="77777777" w:rsidR="009E435D" w:rsidRDefault="003454F7">
            <w:pPr>
              <w:keepNext/>
              <w:rPr>
                <w:b/>
                <w:color w:val="0D5F78"/>
              </w:rPr>
            </w:pPr>
            <w:r>
              <w:rPr>
                <w:b/>
                <w:color w:val="0D5F78"/>
              </w:rPr>
              <w:t>Finisaj / tâmplărie exterioară</w:t>
            </w:r>
          </w:p>
          <w:p w14:paraId="1410C167" w14:textId="5DE35244" w:rsidR="003C7CA3" w:rsidRDefault="009E435D">
            <w:pPr>
              <w:keepNext/>
            </w:pPr>
            <w:r w:rsidRPr="00F61A70">
              <w:rPr>
                <w:bCs/>
                <w:i/>
                <w:iCs/>
                <w:color w:val="808080" w:themeColor="background1" w:themeShade="80"/>
                <w:lang w:val="fr-FR"/>
              </w:rPr>
              <w:t>(existent/propus)</w:t>
            </w:r>
          </w:p>
          <w:p w14:paraId="61D838D9" w14:textId="77777777" w:rsidR="003C7CA3" w:rsidRDefault="003454F7">
            <w:pPr>
              <w:keepNext/>
            </w:pPr>
            <w:r>
              <w:rPr>
                <w:i/>
                <w:color w:val="7A7A7A"/>
              </w:rPr>
              <w:t>material, culoare</w:t>
            </w:r>
          </w:p>
          <w:p w14:paraId="3F09D205" w14:textId="77777777" w:rsidR="003C7CA3" w:rsidRDefault="003C7CA3">
            <w:pPr>
              <w:keepNext/>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F61A70" w14:paraId="0376600D" w14:textId="77777777">
        <w:trPr>
          <w:cantSplit/>
        </w:trPr>
        <w:tc>
          <w:tcPr>
            <w:tcW w:w="9636" w:type="dxa"/>
            <w:gridSpan w:val="9"/>
          </w:tcPr>
          <w:p w14:paraId="6B825EA9" w14:textId="77777777"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3C7CA3" w14:paraId="5B05CAB7" w14:textId="77777777">
        <w:trPr>
          <w:cantSplit/>
          <w:trHeight w:val="510"/>
        </w:trPr>
        <w:tc>
          <w:tcPr>
            <w:tcW w:w="1606" w:type="dxa"/>
          </w:tcPr>
          <w:p w14:paraId="6F4F8080" w14:textId="77777777" w:rsidR="003C7CA3" w:rsidRDefault="003454F7">
            <w:pPr>
              <w:keepNext/>
            </w:pPr>
            <w:r>
              <w:rPr>
                <w:b/>
                <w:color w:val="0D5F78"/>
              </w:rPr>
              <w:t>Număr de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F61A70"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7777777" w:rsidR="003C7CA3" w:rsidRDefault="003454F7">
            <w:pPr>
              <w:keepNext/>
            </w:pPr>
            <w:r>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EBEFE6B"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0F435CFF" w:rsidR="003C7CA3" w:rsidRDefault="003454F7">
            <w:pPr>
              <w:keepNext/>
            </w:pPr>
            <w:r>
              <w:rPr>
                <w:b/>
                <w:color w:val="0D5F78"/>
              </w:rPr>
              <w:t xml:space="preserve">comerț — </w:t>
            </w:r>
            <w:r w:rsidR="00B0669A">
              <w:rPr>
                <w:b/>
                <w:color w:val="0D5F78"/>
              </w:rPr>
              <w:t>nr.</w:t>
            </w:r>
            <w:r>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F61A70"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61A70"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lastRenderedPageBreak/>
              <w:t xml:space="preserve"> 6. </w:t>
            </w:r>
            <w:r w:rsidRPr="005B29C5">
              <w:rPr>
                <w:b/>
                <w:color w:val="000000"/>
                <w:sz w:val="18"/>
                <w:lang w:val="fr-FR"/>
              </w:rPr>
              <w:t>UTILITĂȚI · GARAJE ȘI PARCAJE · AMENAJĂRI EXTERIOARE</w:t>
            </w:r>
          </w:p>
        </w:tc>
      </w:tr>
      <w:tr w:rsidR="003C7CA3" w:rsidRPr="00F61A70" w14:paraId="6B8C0C3F" w14:textId="77777777">
        <w:trPr>
          <w:cantSplit/>
        </w:trPr>
        <w:tc>
          <w:tcPr>
            <w:tcW w:w="9636" w:type="dxa"/>
            <w:gridSpan w:val="6"/>
          </w:tcPr>
          <w:p w14:paraId="61894E41" w14:textId="77777777"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14:paraId="27EC2DE3" w14:textId="77777777" w:rsidTr="00C46767">
        <w:trPr>
          <w:cantSplit/>
          <w:trHeight w:val="510"/>
        </w:trPr>
        <w:tc>
          <w:tcPr>
            <w:tcW w:w="2235" w:type="dxa"/>
            <w:gridSpan w:val="2"/>
          </w:tcPr>
          <w:p w14:paraId="76BECEA9" w14:textId="320759E1" w:rsidR="00C46767" w:rsidRDefault="00C46767">
            <w:pPr>
              <w:keepNext/>
            </w:pPr>
            <w:r>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alei carosabile, inclusiv parcaje la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77777777" w:rsidR="003C7CA3" w:rsidRDefault="003454F7">
            <w:r>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61A70"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14:paraId="64A301DA" w14:textId="77777777">
        <w:trPr>
          <w:cantSplit/>
          <w:trHeight w:val="510"/>
        </w:trPr>
        <w:tc>
          <w:tcPr>
            <w:tcW w:w="4818" w:type="dxa"/>
          </w:tcPr>
          <w:p w14:paraId="0DEA8A8E" w14:textId="77777777" w:rsidR="003C7CA3" w:rsidRDefault="003454F7">
            <w:pPr>
              <w:keepNext/>
            </w:pPr>
            <w:r>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77777777" w:rsidR="003C7CA3" w:rsidRDefault="003454F7">
            <w:r>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77777777" w:rsidR="003C7CA3" w:rsidRDefault="003454F7">
            <w:r>
              <w:rPr>
                <w:b/>
                <w:color w:val="0D5F78"/>
              </w:rPr>
              <w:t>Numele și prenumele / firma și reprezentantul</w:t>
            </w:r>
          </w:p>
          <w:p w14:paraId="19974B2C" w14:textId="77777777" w:rsidR="003C7CA3" w:rsidRDefault="003C7CA3"/>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14:paraId="789B3316" w14:textId="77777777">
        <w:trPr>
          <w:cantSplit/>
        </w:trPr>
        <w:tc>
          <w:tcPr>
            <w:tcW w:w="9636" w:type="dxa"/>
            <w:gridSpan w:val="5"/>
            <w:shd w:val="clear" w:color="auto" w:fill="F4F4F4"/>
          </w:tcPr>
          <w:p w14:paraId="044F7DD6" w14:textId="6A35DD59" w:rsidR="003C7CA3" w:rsidRDefault="003454F7">
            <w:pPr>
              <w:keepNext/>
            </w:pPr>
            <w:r>
              <w:rPr>
                <w:b/>
                <w:sz w:val="16"/>
              </w:rPr>
              <w:t xml:space="preserve"> 9. </w:t>
            </w:r>
            <w:r>
              <w:rPr>
                <w:b/>
                <w:color w:val="000000"/>
                <w:sz w:val="18"/>
              </w:rPr>
              <w:t>COMUNICAREA ÎN REGISTRUL NAȚIONAL AL CLĂDIRILOR</w:t>
            </w:r>
          </w:p>
        </w:tc>
      </w:tr>
      <w:tr w:rsidR="003C7CA3" w14:paraId="09C9D1CA" w14:textId="77777777">
        <w:trPr>
          <w:cantSplit/>
          <w:trHeight w:val="510"/>
        </w:trPr>
        <w:tc>
          <w:tcPr>
            <w:tcW w:w="4015" w:type="dxa"/>
            <w:gridSpan w:val="2"/>
          </w:tcPr>
          <w:p w14:paraId="7503C39B" w14:textId="77777777" w:rsidR="003C7CA3" w:rsidRDefault="003454F7">
            <w:pPr>
              <w:keepNext/>
            </w:pPr>
            <w:r>
              <w:rPr>
                <w:b/>
                <w:color w:val="0D5F78"/>
              </w:rPr>
              <w:t>Clădirea a fost</w:t>
            </w:r>
          </w:p>
          <w:p w14:paraId="2C7411D0" w14:textId="77777777" w:rsidR="003C7CA3" w:rsidRDefault="003454F7">
            <w:pPr>
              <w:keepNext/>
            </w:pPr>
            <w:r>
              <w:rPr>
                <w:sz w:val="16"/>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Default="003454F7">
            <w:pPr>
              <w:keepNext/>
            </w:pPr>
            <w:r>
              <w:rPr>
                <w:b/>
                <w:color w:val="0D5F78"/>
              </w:rPr>
              <w:t>Cod investiție</w:t>
            </w:r>
          </w:p>
          <w:p w14:paraId="75D7BD10" w14:textId="77777777" w:rsidR="003C7CA3" w:rsidRDefault="003454F7">
            <w:pPr>
              <w:keepNext/>
            </w:pPr>
            <w:r>
              <w:rPr>
                <w:i/>
                <w:color w:val="7A7A7A"/>
              </w:rPr>
              <w:t>dacă lucrarea e legată de o investiție</w:t>
            </w:r>
          </w:p>
          <w:p w14:paraId="707D1635" w14:textId="77777777" w:rsidR="003C7CA3" w:rsidRDefault="003C7CA3">
            <w:pPr>
              <w:keepNext/>
            </w:pPr>
          </w:p>
        </w:tc>
      </w:tr>
      <w:tr w:rsidR="003C7CA3" w14:paraId="404DE9B4" w14:textId="77777777">
        <w:trPr>
          <w:cantSplit/>
          <w:trHeight w:val="510"/>
        </w:trPr>
        <w:tc>
          <w:tcPr>
            <w:tcW w:w="2409" w:type="dxa"/>
          </w:tcPr>
          <w:p w14:paraId="1E81E077" w14:textId="77777777" w:rsidR="003C7CA3" w:rsidRDefault="003454F7">
            <w:r>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14:paraId="67473F2C" w14:textId="77777777" w:rsidR="00913191" w:rsidRPr="00913191" w:rsidRDefault="00913191">
      <w:pPr>
        <w:spacing w:line="168" w:lineRule="auto"/>
      </w:pPr>
    </w:p>
    <w:p w14:paraId="088990E5" w14:textId="77777777" w:rsidR="00913191" w:rsidRPr="00913191" w:rsidRDefault="00913191">
      <w:pPr>
        <w:spacing w:line="168" w:lineRule="auto"/>
      </w:pPr>
    </w:p>
    <w:p w14:paraId="26959348" w14:textId="77777777" w:rsidR="00913191" w:rsidRPr="00913191" w:rsidRDefault="00913191">
      <w:pPr>
        <w:spacing w:line="168" w:lineRule="auto"/>
      </w:pPr>
    </w:p>
    <w:tbl>
      <w:tblPr>
        <w:tblStyle w:val="TableGrid"/>
        <w:tblW w:w="0" w:type="auto"/>
        <w:tblLayout w:type="fixed"/>
        <w:tblLook w:val="04A0" w:firstRow="1" w:lastRow="0" w:firstColumn="1" w:lastColumn="0" w:noHBand="0" w:noVBand="1"/>
      </w:tblPr>
      <w:tblGrid>
        <w:gridCol w:w="9636"/>
      </w:tblGrid>
      <w:tr w:rsidR="00913191" w14:paraId="15E654A6" w14:textId="77777777" w:rsidTr="00303E64">
        <w:tc>
          <w:tcPr>
            <w:tcW w:w="9636" w:type="dxa"/>
            <w:shd w:val="clear" w:color="auto" w:fill="F4F4F4"/>
          </w:tcPr>
          <w:p w14:paraId="15526B2D" w14:textId="6391DFF7"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303E64">
        <w:trPr>
          <w:trHeight w:val="311"/>
        </w:trPr>
        <w:tc>
          <w:tcPr>
            <w:tcW w:w="9636" w:type="dxa"/>
          </w:tcPr>
          <w:p w14:paraId="404A19BB" w14:textId="77777777" w:rsidR="00913191" w:rsidRDefault="00913191" w:rsidP="00303E64"/>
          <w:p w14:paraId="75C9E1F6" w14:textId="77777777" w:rsidR="00913191" w:rsidRDefault="00913191" w:rsidP="00303E64"/>
          <w:p w14:paraId="5CEEA210" w14:textId="77777777" w:rsidR="00913191" w:rsidRDefault="00913191" w:rsidP="00303E64"/>
          <w:p w14:paraId="49CC17DA" w14:textId="77777777" w:rsidR="00913191" w:rsidRDefault="00913191" w:rsidP="00303E64"/>
        </w:tc>
      </w:tr>
      <w:tr w:rsidR="00913191" w:rsidRPr="00F61A70"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14:paraId="6CA09AF3" w14:textId="77777777" w:rsidTr="00303E64">
        <w:trPr>
          <w:trHeight w:val="311"/>
        </w:trPr>
        <w:tc>
          <w:tcPr>
            <w:tcW w:w="9636" w:type="dxa"/>
          </w:tcPr>
          <w:p w14:paraId="0F93402F" w14:textId="77777777" w:rsidR="00913191" w:rsidRPr="00913191" w:rsidRDefault="00913191" w:rsidP="00303E64">
            <w:pPr>
              <w:rPr>
                <w:lang w:val="fr-FR"/>
              </w:rPr>
            </w:pPr>
          </w:p>
          <w:p w14:paraId="1F1212DC" w14:textId="77777777" w:rsidR="00913191" w:rsidRPr="00913191" w:rsidRDefault="00913191" w:rsidP="00303E64">
            <w:pPr>
              <w:rPr>
                <w:lang w:val="fr-FR"/>
              </w:rPr>
            </w:pPr>
          </w:p>
          <w:p w14:paraId="136A35DA" w14:textId="77777777" w:rsidR="00913191" w:rsidRPr="00913191" w:rsidRDefault="00913191" w:rsidP="00303E64">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61A70" w14:paraId="48814357" w14:textId="77777777" w:rsidTr="00303E64">
        <w:trPr>
          <w:cantSplit/>
        </w:trPr>
        <w:tc>
          <w:tcPr>
            <w:tcW w:w="9636" w:type="dxa"/>
            <w:gridSpan w:val="2"/>
            <w:shd w:val="clear" w:color="auto" w:fill="F4F4F4"/>
          </w:tcPr>
          <w:p w14:paraId="78149411" w14:textId="5CE759DD"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303E64">
        <w:trPr>
          <w:cantSplit/>
          <w:trHeight w:val="510"/>
        </w:trPr>
        <w:tc>
          <w:tcPr>
            <w:tcW w:w="4818" w:type="dxa"/>
          </w:tcPr>
          <w:p w14:paraId="2201417D" w14:textId="77777777" w:rsidR="00481869" w:rsidRDefault="00481869" w:rsidP="00303E64">
            <w:pPr>
              <w:keepNext/>
            </w:pPr>
            <w:r>
              <w:rPr>
                <w:b/>
                <w:color w:val="0D5F78"/>
              </w:rPr>
              <w:t>Modul de evacuare a deșeurilor</w:t>
            </w:r>
          </w:p>
          <w:p w14:paraId="253A2CEE" w14:textId="77777777" w:rsidR="00481869" w:rsidRDefault="00481869" w:rsidP="00303E64">
            <w:pPr>
              <w:keepNext/>
            </w:pPr>
          </w:p>
        </w:tc>
        <w:tc>
          <w:tcPr>
            <w:tcW w:w="4818" w:type="dxa"/>
          </w:tcPr>
          <w:p w14:paraId="43DA7C1B" w14:textId="3909995D"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303E64">
            <w:pPr>
              <w:keepNext/>
              <w:rPr>
                <w:lang w:val="fr-FR"/>
              </w:rPr>
            </w:pPr>
          </w:p>
        </w:tc>
      </w:tr>
      <w:tr w:rsidR="00481869" w14:paraId="6A3E6F3D" w14:textId="77777777" w:rsidTr="00303E64">
        <w:trPr>
          <w:cantSplit/>
          <w:trHeight w:val="510"/>
        </w:trPr>
        <w:tc>
          <w:tcPr>
            <w:tcW w:w="4818" w:type="dxa"/>
          </w:tcPr>
          <w:p w14:paraId="007359C1" w14:textId="77777777" w:rsidR="00481869" w:rsidRDefault="00481869" w:rsidP="00303E64">
            <w:r>
              <w:rPr>
                <w:b/>
                <w:color w:val="0D5F78"/>
              </w:rPr>
              <w:t>Măsuri de protecție a mediului</w:t>
            </w:r>
          </w:p>
          <w:p w14:paraId="6446EBE5" w14:textId="77777777" w:rsidR="00481869" w:rsidRDefault="00481869" w:rsidP="00303E64"/>
        </w:tc>
        <w:tc>
          <w:tcPr>
            <w:tcW w:w="4818" w:type="dxa"/>
          </w:tcPr>
          <w:p w14:paraId="0FD4A589" w14:textId="1EE59EF2" w:rsidR="00481869" w:rsidRDefault="00481869" w:rsidP="00303E64">
            <w:r>
              <w:rPr>
                <w:b/>
                <w:color w:val="0D5F78"/>
              </w:rPr>
              <w:t>Alte  măsuri specifice</w:t>
            </w:r>
          </w:p>
          <w:p w14:paraId="6BDF2294" w14:textId="77777777" w:rsidR="00481869" w:rsidRDefault="00481869" w:rsidP="00303E64"/>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303E64">
        <w:trPr>
          <w:cantSplit/>
        </w:trPr>
        <w:tc>
          <w:tcPr>
            <w:tcW w:w="9636" w:type="dxa"/>
            <w:gridSpan w:val="3"/>
            <w:shd w:val="clear" w:color="auto" w:fill="F4F4F4"/>
          </w:tcPr>
          <w:p w14:paraId="4CC38EC2" w14:textId="2887E864" w:rsidR="00481869" w:rsidRDefault="00481869" w:rsidP="00303E64">
            <w:pPr>
              <w:keepNext/>
            </w:pPr>
            <w:r>
              <w:rPr>
                <w:b/>
                <w:sz w:val="16"/>
              </w:rPr>
              <w:t xml:space="preserve">13. </w:t>
            </w:r>
            <w:r>
              <w:rPr>
                <w:b/>
                <w:color w:val="000000"/>
                <w:sz w:val="18"/>
              </w:rPr>
              <w:t>ÎNTOCMIT</w:t>
            </w:r>
          </w:p>
        </w:tc>
      </w:tr>
      <w:tr w:rsidR="00481869" w14:paraId="7D366BD0" w14:textId="77777777" w:rsidTr="00303E64">
        <w:trPr>
          <w:cantSplit/>
          <w:trHeight w:val="510"/>
        </w:trPr>
        <w:tc>
          <w:tcPr>
            <w:tcW w:w="4818" w:type="dxa"/>
          </w:tcPr>
          <w:p w14:paraId="48BF3A7A" w14:textId="77777777" w:rsidR="00481869" w:rsidRDefault="00481869" w:rsidP="00303E64">
            <w:r>
              <w:rPr>
                <w:b/>
                <w:color w:val="0D5F78"/>
              </w:rPr>
              <w:t>Numele și prenumele / firma și reprezentantul</w:t>
            </w:r>
          </w:p>
          <w:p w14:paraId="6B334517" w14:textId="77777777" w:rsidR="00481869" w:rsidRDefault="00481869" w:rsidP="00303E64"/>
        </w:tc>
        <w:tc>
          <w:tcPr>
            <w:tcW w:w="1606" w:type="dxa"/>
          </w:tcPr>
          <w:p w14:paraId="28EE7D57" w14:textId="77777777" w:rsidR="00481869" w:rsidRDefault="00481869" w:rsidP="00303E64">
            <w:r>
              <w:rPr>
                <w:b/>
                <w:color w:val="0D5F78"/>
              </w:rPr>
              <w:t>Data</w:t>
            </w:r>
          </w:p>
          <w:p w14:paraId="604B415A" w14:textId="77777777" w:rsidR="00481869" w:rsidRDefault="00481869" w:rsidP="00303E64"/>
        </w:tc>
        <w:tc>
          <w:tcPr>
            <w:tcW w:w="3212" w:type="dxa"/>
          </w:tcPr>
          <w:p w14:paraId="4217163A" w14:textId="77777777" w:rsidR="00481869" w:rsidRDefault="00481869" w:rsidP="00303E64">
            <w:r>
              <w:rPr>
                <w:b/>
                <w:color w:val="0D5F78"/>
              </w:rPr>
              <w:t>Semnătura și parafa</w:t>
            </w:r>
          </w:p>
          <w:p w14:paraId="0ABC8491" w14:textId="77777777" w:rsidR="00481869" w:rsidRDefault="00481869" w:rsidP="00303E64"/>
        </w:tc>
      </w:tr>
    </w:tbl>
    <w:p w14:paraId="6405C781" w14:textId="77777777" w:rsidR="00481869" w:rsidRPr="00913191" w:rsidRDefault="00481869">
      <w:pPr>
        <w:spacing w:line="168" w:lineRule="auto"/>
        <w:rPr>
          <w:lang w:val="fr-FR"/>
        </w:rPr>
      </w:pPr>
    </w:p>
    <w:sectPr w:rsidR="00481869" w:rsidRPr="00913191" w:rsidSect="002B61AC">
      <w:headerReference w:type="default" r:id="rId9"/>
      <w:footerReference w:type="default" r:id="rId10"/>
      <w:headerReference w:type="first" r:id="rId11"/>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6AB3C" w14:textId="77777777" w:rsidR="00C575FA" w:rsidRDefault="00C575FA">
      <w:r>
        <w:separator/>
      </w:r>
    </w:p>
  </w:endnote>
  <w:endnote w:type="continuationSeparator" w:id="0">
    <w:p w14:paraId="72350790" w14:textId="77777777" w:rsidR="00C575FA" w:rsidRDefault="00C57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C9EBA" w14:textId="77777777" w:rsidR="00C575FA" w:rsidRDefault="00C575FA">
      <w:r>
        <w:separator/>
      </w:r>
    </w:p>
  </w:footnote>
  <w:footnote w:type="continuationSeparator" w:id="0">
    <w:p w14:paraId="276775A9" w14:textId="77777777" w:rsidR="00C575FA" w:rsidRDefault="00C57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10B0" w14:textId="57BD5E57" w:rsidR="002B61AC" w:rsidRDefault="002B61AC">
    <w:pPr>
      <w:pStyle w:val="Header"/>
    </w:pPr>
    <w:r>
      <w:rPr>
        <w:color w:val="595959"/>
      </w:rPr>
      <w:t>F_A_01 · versiunea 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B78" w14:textId="05EF2CCB" w:rsidR="002B61AC" w:rsidRDefault="002B61AC">
    <w:pPr>
      <w:pStyle w:val="Header"/>
      <w:rPr>
        <w:i/>
        <w:iCs/>
        <w:sz w:val="24"/>
        <w:szCs w:val="24"/>
        <w:u w:val="single"/>
        <w:lang w:val="ro-RO"/>
      </w:rPr>
    </w:pPr>
    <w:r w:rsidRPr="002B61AC">
      <w:rPr>
        <w:i/>
        <w:iCs/>
        <w:sz w:val="24"/>
        <w:szCs w:val="24"/>
        <w:u w:val="single"/>
        <w:lang w:val="ro-RO"/>
      </w:rPr>
      <w:t>Anexa nr.2</w:t>
    </w:r>
  </w:p>
  <w:p w14:paraId="260ED929" w14:textId="22ADB072" w:rsidR="002B61AC" w:rsidRPr="002B61AC" w:rsidRDefault="002B61AC">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641417882">
    <w:abstractNumId w:val="8"/>
  </w:num>
  <w:num w:numId="2" w16cid:durableId="1463302151">
    <w:abstractNumId w:val="6"/>
  </w:num>
  <w:num w:numId="3" w16cid:durableId="53702259">
    <w:abstractNumId w:val="5"/>
  </w:num>
  <w:num w:numId="4" w16cid:durableId="1178085200">
    <w:abstractNumId w:val="4"/>
  </w:num>
  <w:num w:numId="5" w16cid:durableId="1432582981">
    <w:abstractNumId w:val="7"/>
  </w:num>
  <w:num w:numId="6" w16cid:durableId="2138908570">
    <w:abstractNumId w:val="3"/>
  </w:num>
  <w:num w:numId="7" w16cid:durableId="1710228212">
    <w:abstractNumId w:val="2"/>
  </w:num>
  <w:num w:numId="8" w16cid:durableId="1136295389">
    <w:abstractNumId w:val="1"/>
  </w:num>
  <w:num w:numId="9" w16cid:durableId="615795655">
    <w:abstractNumId w:val="0"/>
  </w:num>
  <w:num w:numId="10" w16cid:durableId="4754906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47E"/>
    <w:rsid w:val="0015074B"/>
    <w:rsid w:val="001531A5"/>
    <w:rsid w:val="0029639D"/>
    <w:rsid w:val="002B61AC"/>
    <w:rsid w:val="002E008E"/>
    <w:rsid w:val="002E47B8"/>
    <w:rsid w:val="0031113E"/>
    <w:rsid w:val="00326F90"/>
    <w:rsid w:val="0034470D"/>
    <w:rsid w:val="003454F7"/>
    <w:rsid w:val="003C7CA3"/>
    <w:rsid w:val="003F6F31"/>
    <w:rsid w:val="00481869"/>
    <w:rsid w:val="005375AB"/>
    <w:rsid w:val="005B29C5"/>
    <w:rsid w:val="006C103E"/>
    <w:rsid w:val="0072543B"/>
    <w:rsid w:val="007E1CF1"/>
    <w:rsid w:val="007E5D45"/>
    <w:rsid w:val="00913191"/>
    <w:rsid w:val="009E435D"/>
    <w:rsid w:val="00A51F85"/>
    <w:rsid w:val="00A80531"/>
    <w:rsid w:val="00AA1D8D"/>
    <w:rsid w:val="00B0669A"/>
    <w:rsid w:val="00B47730"/>
    <w:rsid w:val="00C32AB5"/>
    <w:rsid w:val="00C35C5D"/>
    <w:rsid w:val="00C46767"/>
    <w:rsid w:val="00C575FA"/>
    <w:rsid w:val="00CB0664"/>
    <w:rsid w:val="00CD3FD2"/>
    <w:rsid w:val="00DB3B82"/>
    <w:rsid w:val="00E61A6B"/>
    <w:rsid w:val="00E9623F"/>
    <w:rsid w:val="00EC2567"/>
    <w:rsid w:val="00F214B2"/>
    <w:rsid w:val="00F61A70"/>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7</Pages>
  <Words>2394</Words>
  <Characters>13890</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Baciu Silvia</cp:lastModifiedBy>
  <cp:revision>5</cp:revision>
  <dcterms:created xsi:type="dcterms:W3CDTF">2013-12-23T23:15:00Z</dcterms:created>
  <dcterms:modified xsi:type="dcterms:W3CDTF">2026-09-09T08:49:00Z</dcterms:modified>
  <cp:category/>
</cp:coreProperties>
</file>