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2409"/>
        <w:gridCol w:w="2409"/>
        <w:gridCol w:w="3212"/>
      </w:tblGrid>
      <w:tr w:rsidR="00FA774C" w14:paraId="2F4A7B5B" w14:textId="77777777" w:rsidTr="00D82754">
        <w:trPr>
          <w:cantSplit/>
          <w:trHeight w:val="510"/>
        </w:trPr>
        <w:tc>
          <w:tcPr>
            <w:tcW w:w="1606" w:type="dxa"/>
            <w:vMerge w:val="restart"/>
            <w:vAlign w:val="center"/>
          </w:tcPr>
          <w:p w14:paraId="08BA037B" w14:textId="77777777" w:rsidR="00FA774C" w:rsidRDefault="00FA774C" w:rsidP="00D82754">
            <w:pPr>
              <w:keepNext/>
              <w:jc w:val="center"/>
              <w:rPr>
                <w:i/>
                <w:color w:val="595959"/>
              </w:rPr>
            </w:pPr>
            <w:r>
              <w:rPr>
                <w:i/>
                <w:noProof/>
                <w:color w:val="595959"/>
              </w:rPr>
              <w:drawing>
                <wp:inline distT="0" distB="0" distL="0" distR="0" wp14:anchorId="5C65CF7E" wp14:editId="48D6065D">
                  <wp:extent cx="882650" cy="1403985"/>
                  <wp:effectExtent l="0" t="0" r="0" b="5715"/>
                  <wp:docPr id="226019289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6019289" name="Picture 226019289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82650" cy="14039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3242B12" w14:textId="77777777" w:rsidR="00FA774C" w:rsidRDefault="00FA774C" w:rsidP="00D82754">
            <w:pPr>
              <w:keepNext/>
              <w:jc w:val="center"/>
            </w:pPr>
          </w:p>
        </w:tc>
        <w:tc>
          <w:tcPr>
            <w:tcW w:w="8030" w:type="dxa"/>
            <w:gridSpan w:val="3"/>
            <w:shd w:val="clear" w:color="auto" w:fill="F0F0F0"/>
          </w:tcPr>
          <w:p w14:paraId="7D9543E0" w14:textId="77777777" w:rsidR="00FA774C" w:rsidRPr="00032D94" w:rsidRDefault="00FA774C" w:rsidP="00D82754">
            <w:pPr>
              <w:keepNext/>
              <w:rPr>
                <w:sz w:val="11"/>
                <w:szCs w:val="18"/>
              </w:rPr>
            </w:pPr>
            <w:r>
              <w:rPr>
                <w:b/>
                <w:color w:val="0D5F78"/>
              </w:rPr>
              <w:t xml:space="preserve">Județul   </w:t>
            </w:r>
            <w:r>
              <w:t xml:space="preserve">  </w:t>
            </w:r>
          </w:p>
          <w:p w14:paraId="6259EF9E" w14:textId="77777777" w:rsidR="00FA774C" w:rsidRPr="00025631" w:rsidRDefault="00FA774C" w:rsidP="00D82754">
            <w:pPr>
              <w:keepNext/>
              <w:rPr>
                <w:rFonts w:asciiTheme="majorHAnsi" w:hAnsiTheme="majorHAnsi" w:cstheme="majorHAnsi"/>
              </w:rPr>
            </w:pPr>
            <w:r>
              <w:t xml:space="preserve">                   </w:t>
            </w:r>
            <w:r w:rsidRPr="00025631">
              <w:rPr>
                <w:rFonts w:asciiTheme="majorHAnsi" w:hAnsiTheme="majorHAnsi" w:cstheme="majorHAnsi"/>
                <w:b/>
                <w:bCs/>
                <w:sz w:val="24"/>
                <w:szCs w:val="40"/>
              </w:rPr>
              <w:t>ALBA</w:t>
            </w:r>
          </w:p>
        </w:tc>
      </w:tr>
      <w:tr w:rsidR="00FA774C" w14:paraId="362A5E98" w14:textId="77777777" w:rsidTr="00D82754">
        <w:trPr>
          <w:cantSplit/>
          <w:trHeight w:val="510"/>
        </w:trPr>
        <w:tc>
          <w:tcPr>
            <w:tcW w:w="1606" w:type="dxa"/>
            <w:vMerge/>
          </w:tcPr>
          <w:p w14:paraId="576B2EAB" w14:textId="77777777" w:rsidR="00FA774C" w:rsidRDefault="00FA774C" w:rsidP="00D82754"/>
        </w:tc>
        <w:tc>
          <w:tcPr>
            <w:tcW w:w="8030" w:type="dxa"/>
            <w:gridSpan w:val="3"/>
            <w:shd w:val="clear" w:color="auto" w:fill="F0F0F0"/>
          </w:tcPr>
          <w:p w14:paraId="45EA4371" w14:textId="77777777" w:rsidR="00FA774C" w:rsidRDefault="00FA774C" w:rsidP="00D82754">
            <w:pPr>
              <w:keepNext/>
            </w:pPr>
            <w:r>
              <w:rPr>
                <w:b/>
                <w:color w:val="0D5F78"/>
              </w:rPr>
              <w:t>Autoritatea administrației publice</w:t>
            </w:r>
          </w:p>
          <w:p w14:paraId="472A206A" w14:textId="77777777" w:rsidR="00FA774C" w:rsidRPr="00025631" w:rsidRDefault="00FA774C" w:rsidP="00D82754">
            <w:pPr>
              <w:keepNext/>
              <w:rPr>
                <w:rFonts w:asciiTheme="majorHAnsi" w:hAnsiTheme="majorHAnsi" w:cstheme="majorHAnsi"/>
                <w:b/>
                <w:bCs/>
                <w:lang w:val="ro-RO"/>
              </w:rPr>
            </w:pPr>
            <w:r w:rsidRPr="00025631">
              <w:rPr>
                <w:rFonts w:asciiTheme="majorHAnsi" w:hAnsiTheme="majorHAnsi" w:cstheme="majorHAnsi"/>
                <w:sz w:val="20"/>
                <w:szCs w:val="32"/>
              </w:rPr>
              <w:t xml:space="preserve">                                                    </w:t>
            </w:r>
            <w:r w:rsidRPr="00025631">
              <w:rPr>
                <w:rFonts w:asciiTheme="majorHAnsi" w:hAnsiTheme="majorHAnsi" w:cstheme="majorHAnsi"/>
                <w:b/>
                <w:bCs/>
                <w:sz w:val="22"/>
                <w:szCs w:val="36"/>
                <w:lang w:val="ro-RO"/>
              </w:rPr>
              <w:t>PRIMĂRIA MUNICIPIULUI ALBA IULIA</w:t>
            </w:r>
          </w:p>
        </w:tc>
      </w:tr>
      <w:tr w:rsidR="00FA774C" w14:paraId="173F7B7A" w14:textId="77777777" w:rsidTr="00D82754">
        <w:trPr>
          <w:cantSplit/>
          <w:trHeight w:val="510"/>
        </w:trPr>
        <w:tc>
          <w:tcPr>
            <w:tcW w:w="1606" w:type="dxa"/>
            <w:vMerge/>
          </w:tcPr>
          <w:p w14:paraId="127BD021" w14:textId="77777777" w:rsidR="00FA774C" w:rsidRDefault="00FA774C" w:rsidP="00D82754"/>
        </w:tc>
        <w:tc>
          <w:tcPr>
            <w:tcW w:w="2409" w:type="dxa"/>
            <w:shd w:val="clear" w:color="auto" w:fill="F0F0F0"/>
          </w:tcPr>
          <w:p w14:paraId="32EC2C79" w14:textId="77777777" w:rsidR="00FA774C" w:rsidRPr="00F801F2" w:rsidRDefault="00FA774C" w:rsidP="00D82754">
            <w:pPr>
              <w:keepNext/>
              <w:rPr>
                <w:lang w:val="fr-FR"/>
              </w:rPr>
            </w:pPr>
            <w:r w:rsidRPr="00F801F2">
              <w:rPr>
                <w:b/>
                <w:color w:val="0D5F78"/>
                <w:lang w:val="fr-FR"/>
              </w:rPr>
              <w:t>Cod de identificare fiscală (CIF)</w:t>
            </w:r>
          </w:p>
          <w:p w14:paraId="2972F76C" w14:textId="77777777" w:rsidR="00FA774C" w:rsidRPr="00025631" w:rsidRDefault="00FA774C" w:rsidP="00D82754">
            <w:pPr>
              <w:keepNext/>
              <w:rPr>
                <w:rFonts w:asciiTheme="majorHAnsi" w:hAnsiTheme="majorHAnsi" w:cstheme="majorHAnsi"/>
                <w:b/>
                <w:bCs/>
                <w:lang w:val="fr-FR"/>
              </w:rPr>
            </w:pPr>
            <w:r>
              <w:rPr>
                <w:lang w:val="fr-FR"/>
              </w:rPr>
              <w:t xml:space="preserve">         </w:t>
            </w:r>
            <w:r w:rsidRPr="00025631">
              <w:rPr>
                <w:rFonts w:asciiTheme="majorHAnsi" w:hAnsiTheme="majorHAnsi" w:cstheme="majorHAnsi"/>
                <w:b/>
                <w:bCs/>
                <w:sz w:val="24"/>
                <w:szCs w:val="40"/>
                <w:lang w:val="fr-FR"/>
              </w:rPr>
              <w:t>456292</w:t>
            </w:r>
            <w:r>
              <w:rPr>
                <w:rFonts w:asciiTheme="majorHAnsi" w:hAnsiTheme="majorHAnsi" w:cstheme="majorHAnsi"/>
                <w:b/>
                <w:bCs/>
                <w:sz w:val="24"/>
                <w:szCs w:val="40"/>
                <w:lang w:val="fr-FR"/>
              </w:rPr>
              <w:t>3</w:t>
            </w:r>
          </w:p>
        </w:tc>
        <w:tc>
          <w:tcPr>
            <w:tcW w:w="5621" w:type="dxa"/>
            <w:gridSpan w:val="2"/>
            <w:shd w:val="clear" w:color="auto" w:fill="F0F0F0"/>
          </w:tcPr>
          <w:p w14:paraId="3A8ABF6E" w14:textId="77777777" w:rsidR="00FA774C" w:rsidRPr="00025631" w:rsidRDefault="00FA774C" w:rsidP="00D82754">
            <w:pPr>
              <w:keepNext/>
              <w:rPr>
                <w:rFonts w:asciiTheme="majorHAnsi" w:hAnsiTheme="majorHAnsi" w:cstheme="majorHAnsi"/>
                <w:bCs/>
                <w:sz w:val="16"/>
                <w:szCs w:val="24"/>
              </w:rPr>
            </w:pPr>
            <w:r>
              <w:rPr>
                <w:b/>
                <w:color w:val="0D5F78"/>
              </w:rPr>
              <w:t xml:space="preserve">Adresa oficială                </w:t>
            </w:r>
            <w:r w:rsidRPr="00025631">
              <w:rPr>
                <w:rFonts w:asciiTheme="majorHAnsi" w:hAnsiTheme="majorHAnsi" w:cstheme="majorHAnsi"/>
                <w:bCs/>
                <w:sz w:val="18"/>
                <w:szCs w:val="28"/>
              </w:rPr>
              <w:t xml:space="preserve">Calea Moților, Nr. 5A </w:t>
            </w:r>
            <w:r w:rsidRPr="00025631">
              <w:rPr>
                <w:rFonts w:asciiTheme="majorHAnsi" w:hAnsiTheme="majorHAnsi" w:cstheme="majorHAnsi"/>
                <w:bCs/>
                <w:i/>
                <w:sz w:val="18"/>
                <w:szCs w:val="28"/>
              </w:rPr>
              <w:t xml:space="preserve">· </w:t>
            </w:r>
            <w:r w:rsidRPr="00025631">
              <w:rPr>
                <w:rFonts w:asciiTheme="majorHAnsi" w:hAnsiTheme="majorHAnsi" w:cstheme="majorHAnsi"/>
                <w:bCs/>
                <w:sz w:val="18"/>
                <w:szCs w:val="28"/>
              </w:rPr>
              <w:t>510134 Alba Iulia</w:t>
            </w:r>
          </w:p>
          <w:p w14:paraId="77DEA697" w14:textId="77777777" w:rsidR="00FA774C" w:rsidRDefault="00FA774C" w:rsidP="00D82754">
            <w:pPr>
              <w:keepNext/>
            </w:pPr>
            <w:r>
              <w:rPr>
                <w:i/>
                <w:color w:val="7A7A7A"/>
              </w:rPr>
              <w:t xml:space="preserve">sediul · telefon · e-mail       </w:t>
            </w:r>
          </w:p>
          <w:p w14:paraId="33A9E192" w14:textId="77777777" w:rsidR="00FA774C" w:rsidRPr="00025631" w:rsidRDefault="00FA774C" w:rsidP="00D82754">
            <w:pPr>
              <w:keepNext/>
              <w:rPr>
                <w:rFonts w:asciiTheme="majorHAnsi" w:hAnsiTheme="majorHAnsi" w:cstheme="majorHAnsi"/>
              </w:rPr>
            </w:pPr>
            <w:r w:rsidRPr="00025631">
              <w:rPr>
                <w:rFonts w:asciiTheme="majorHAnsi" w:hAnsiTheme="majorHAnsi" w:cstheme="majorHAnsi"/>
                <w:sz w:val="18"/>
                <w:szCs w:val="28"/>
              </w:rPr>
              <w:t xml:space="preserve">                                   </w:t>
            </w:r>
            <w:r>
              <w:rPr>
                <w:rFonts w:asciiTheme="majorHAnsi" w:hAnsiTheme="majorHAnsi" w:cstheme="majorHAnsi"/>
                <w:sz w:val="18"/>
                <w:szCs w:val="28"/>
              </w:rPr>
              <w:t xml:space="preserve">    </w:t>
            </w:r>
            <w:r w:rsidRPr="00025631">
              <w:rPr>
                <w:rFonts w:asciiTheme="majorHAnsi" w:hAnsiTheme="majorHAnsi" w:cstheme="majorHAnsi"/>
                <w:sz w:val="18"/>
                <w:szCs w:val="28"/>
              </w:rPr>
              <w:t xml:space="preserve">tel. 0258 819462 </w:t>
            </w:r>
            <w:r w:rsidRPr="00025631">
              <w:rPr>
                <w:rFonts w:asciiTheme="majorHAnsi" w:hAnsiTheme="majorHAnsi" w:cstheme="majorHAnsi"/>
                <w:iCs/>
                <w:sz w:val="18"/>
                <w:szCs w:val="28"/>
              </w:rPr>
              <w:t>· office@apulum.ro</w:t>
            </w:r>
          </w:p>
        </w:tc>
      </w:tr>
      <w:tr w:rsidR="00FA774C" w14:paraId="1BC84EBA" w14:textId="77777777" w:rsidTr="00D82754">
        <w:trPr>
          <w:cantSplit/>
          <w:trHeight w:val="510"/>
        </w:trPr>
        <w:tc>
          <w:tcPr>
            <w:tcW w:w="1606" w:type="dxa"/>
            <w:vMerge/>
          </w:tcPr>
          <w:p w14:paraId="7970BE33" w14:textId="77777777" w:rsidR="00FA774C" w:rsidRDefault="00FA774C" w:rsidP="00D82754"/>
        </w:tc>
        <w:tc>
          <w:tcPr>
            <w:tcW w:w="4818" w:type="dxa"/>
            <w:gridSpan w:val="2"/>
            <w:shd w:val="clear" w:color="auto" w:fill="F0F0F0"/>
          </w:tcPr>
          <w:p w14:paraId="753DA448" w14:textId="77777777" w:rsidR="00FA774C" w:rsidRDefault="00FA774C" w:rsidP="00D82754">
            <w:pPr>
              <w:keepNext/>
            </w:pPr>
            <w:r>
              <w:rPr>
                <w:b/>
                <w:color w:val="0D5F78"/>
              </w:rPr>
              <w:t>Număr de înregistrare</w:t>
            </w:r>
          </w:p>
          <w:p w14:paraId="58D464CD" w14:textId="77777777" w:rsidR="00FA774C" w:rsidRDefault="00FA774C" w:rsidP="00D82754">
            <w:pPr>
              <w:keepNext/>
            </w:pPr>
          </w:p>
        </w:tc>
        <w:tc>
          <w:tcPr>
            <w:tcW w:w="3212" w:type="dxa"/>
            <w:shd w:val="clear" w:color="auto" w:fill="F0F0F0"/>
          </w:tcPr>
          <w:p w14:paraId="672BF60B" w14:textId="77777777" w:rsidR="00FA774C" w:rsidRDefault="00FA774C" w:rsidP="00D82754">
            <w:pPr>
              <w:keepNext/>
            </w:pPr>
            <w:r>
              <w:rPr>
                <w:b/>
                <w:color w:val="0D5F78"/>
              </w:rPr>
              <w:t>Data</w:t>
            </w:r>
          </w:p>
          <w:p w14:paraId="1C8B0194" w14:textId="77777777" w:rsidR="00FA774C" w:rsidRDefault="00FA774C" w:rsidP="00D82754">
            <w:pPr>
              <w:keepNext/>
            </w:pPr>
          </w:p>
        </w:tc>
      </w:tr>
      <w:tr w:rsidR="00FA774C" w:rsidRPr="0021562A" w14:paraId="66C6317F" w14:textId="77777777" w:rsidTr="00D82754">
        <w:trPr>
          <w:cantSplit/>
        </w:trPr>
        <w:tc>
          <w:tcPr>
            <w:tcW w:w="9636" w:type="dxa"/>
            <w:gridSpan w:val="4"/>
            <w:shd w:val="clear" w:color="auto" w:fill="F0F0F0"/>
          </w:tcPr>
          <w:p w14:paraId="6E8105BE" w14:textId="77777777" w:rsidR="00FA774C" w:rsidRPr="00F801F2" w:rsidRDefault="00FA774C" w:rsidP="00D82754">
            <w:pPr>
              <w:rPr>
                <w:lang w:val="fr-FR"/>
              </w:rPr>
            </w:pPr>
            <w:r w:rsidRPr="00F801F2">
              <w:rPr>
                <w:i/>
                <w:color w:val="595959"/>
                <w:lang w:val="fr-FR"/>
              </w:rPr>
              <w:t xml:space="preserve"> se completează de autoritate — solicitantul nu scrie în această zonă</w:t>
            </w:r>
          </w:p>
        </w:tc>
      </w:tr>
    </w:tbl>
    <w:p w14:paraId="344C51B7" w14:textId="77777777" w:rsidR="00377113" w:rsidRPr="00343BBA" w:rsidRDefault="00377113">
      <w:pPr>
        <w:spacing w:line="168" w:lineRule="auto"/>
        <w:rPr>
          <w:lang w:val="fr-FR"/>
        </w:rPr>
      </w:pPr>
    </w:p>
    <w:p w14:paraId="6EE796C5" w14:textId="77777777" w:rsidR="00377113" w:rsidRPr="00004412" w:rsidRDefault="0061349F">
      <w:pPr>
        <w:spacing w:before="140" w:after="40"/>
        <w:jc w:val="center"/>
        <w:rPr>
          <w:sz w:val="28"/>
          <w:szCs w:val="28"/>
        </w:rPr>
      </w:pPr>
      <w:r w:rsidRPr="00004412">
        <w:rPr>
          <w:b/>
          <w:sz w:val="28"/>
          <w:szCs w:val="28"/>
        </w:rPr>
        <w:t>CERERE</w:t>
      </w:r>
    </w:p>
    <w:p w14:paraId="458FF3BC" w14:textId="77777777" w:rsidR="00377113" w:rsidRDefault="00377113">
      <w:pPr>
        <w:spacing w:after="60" w:line="168" w:lineRule="auto"/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377113" w14:paraId="40D14ED2" w14:textId="77777777">
        <w:trPr>
          <w:cantSplit/>
        </w:trPr>
        <w:tc>
          <w:tcPr>
            <w:tcW w:w="9636" w:type="dxa"/>
            <w:shd w:val="clear" w:color="auto" w:fill="F4F4F4"/>
          </w:tcPr>
          <w:p w14:paraId="3E8649FD" w14:textId="77777777" w:rsidR="00377113" w:rsidRDefault="0061349F">
            <w:pPr>
              <w:keepNext/>
            </w:pPr>
            <w:r>
              <w:rPr>
                <w:b/>
                <w:sz w:val="16"/>
              </w:rPr>
              <w:t xml:space="preserve"> 1. </w:t>
            </w:r>
            <w:r>
              <w:rPr>
                <w:b/>
                <w:color w:val="000000"/>
                <w:sz w:val="18"/>
              </w:rPr>
              <w:t>CĂTRE</w:t>
            </w:r>
          </w:p>
        </w:tc>
      </w:tr>
      <w:tr w:rsidR="00377113" w:rsidRPr="00004412" w14:paraId="505A1856" w14:textId="77777777">
        <w:trPr>
          <w:cantSplit/>
          <w:trHeight w:val="510"/>
        </w:trPr>
        <w:tc>
          <w:tcPr>
            <w:tcW w:w="9636" w:type="dxa"/>
          </w:tcPr>
          <w:p w14:paraId="38C994F2" w14:textId="77777777" w:rsidR="00377113" w:rsidRPr="00343BBA" w:rsidRDefault="0061349F">
            <w:pPr>
              <w:keepNext/>
              <w:rPr>
                <w:lang w:val="fr-FR"/>
              </w:rPr>
            </w:pPr>
            <w:r w:rsidRPr="00343BBA">
              <w:rPr>
                <w:b/>
                <w:color w:val="0D5F78"/>
                <w:lang w:val="fr-FR"/>
              </w:rPr>
              <w:t>Instituția</w:t>
            </w:r>
          </w:p>
          <w:p w14:paraId="1C7F07C7" w14:textId="1D0563EE" w:rsidR="00377113" w:rsidRPr="00343BBA" w:rsidRDefault="00D24954">
            <w:pPr>
              <w:keepNext/>
              <w:rPr>
                <w:lang w:val="fr-FR"/>
              </w:rPr>
            </w:pPr>
            <w:r>
              <w:rPr>
                <w:rFonts w:asciiTheme="majorHAnsi" w:hAnsiTheme="majorHAnsi" w:cstheme="majorHAnsi"/>
                <w:b/>
                <w:bCs/>
                <w:sz w:val="22"/>
                <w:szCs w:val="36"/>
                <w:lang w:val="ro-RO"/>
              </w:rPr>
              <w:t xml:space="preserve">            </w:t>
            </w:r>
            <w:r w:rsidRPr="00025631">
              <w:rPr>
                <w:rFonts w:asciiTheme="majorHAnsi" w:hAnsiTheme="majorHAnsi" w:cstheme="majorHAnsi"/>
                <w:b/>
                <w:bCs/>
                <w:sz w:val="22"/>
                <w:szCs w:val="36"/>
                <w:lang w:val="ro-RO"/>
              </w:rPr>
              <w:t>PRIM</w:t>
            </w:r>
            <w:r w:rsidR="0061349F">
              <w:rPr>
                <w:rFonts w:asciiTheme="majorHAnsi" w:hAnsiTheme="majorHAnsi" w:cstheme="majorHAnsi"/>
                <w:b/>
                <w:bCs/>
                <w:sz w:val="22"/>
                <w:szCs w:val="36"/>
                <w:lang w:val="ro-RO"/>
              </w:rPr>
              <w:t>ARUL</w:t>
            </w:r>
            <w:r w:rsidRPr="00025631">
              <w:rPr>
                <w:rFonts w:asciiTheme="majorHAnsi" w:hAnsiTheme="majorHAnsi" w:cstheme="majorHAnsi"/>
                <w:b/>
                <w:bCs/>
                <w:sz w:val="22"/>
                <w:szCs w:val="36"/>
                <w:lang w:val="ro-RO"/>
              </w:rPr>
              <w:t xml:space="preserve"> MUNICIPIULUI ALBA IULIA</w:t>
            </w:r>
            <w:r w:rsidRPr="00343BBA">
              <w:rPr>
                <w:lang w:val="fr-FR"/>
              </w:rPr>
              <w:t xml:space="preserve"> </w:t>
            </w:r>
          </w:p>
        </w:tc>
      </w:tr>
      <w:tr w:rsidR="00377113" w:rsidRPr="00004412" w14:paraId="48AFEF82" w14:textId="77777777">
        <w:trPr>
          <w:cantSplit/>
        </w:trPr>
        <w:tc>
          <w:tcPr>
            <w:tcW w:w="9636" w:type="dxa"/>
            <w:shd w:val="clear" w:color="auto" w:fill="F4F4F4"/>
          </w:tcPr>
          <w:p w14:paraId="2B647A2E" w14:textId="77777777" w:rsidR="00377113" w:rsidRPr="00343BBA" w:rsidRDefault="0061349F">
            <w:pPr>
              <w:spacing w:line="228" w:lineRule="auto"/>
              <w:rPr>
                <w:lang w:val="fr-FR"/>
              </w:rPr>
            </w:pPr>
            <w:r w:rsidRPr="00343BBA">
              <w:rPr>
                <w:lang w:val="fr-FR"/>
              </w:rPr>
              <w:t xml:space="preserve">Cererea va fi transmisă către președintele consiliului județean, primarul general, primarul de sector sau primarul municipiului / </w:t>
            </w:r>
            <w:r w:rsidRPr="00343BBA">
              <w:rPr>
                <w:lang w:val="fr-FR"/>
              </w:rPr>
              <w:t>orașului / comunei, după caz.</w:t>
            </w:r>
          </w:p>
        </w:tc>
      </w:tr>
    </w:tbl>
    <w:p w14:paraId="20841BEE" w14:textId="77777777" w:rsidR="00377113" w:rsidRPr="00343BBA" w:rsidRDefault="00377113">
      <w:pPr>
        <w:spacing w:line="168" w:lineRule="auto"/>
        <w:rPr>
          <w:lang w:val="fr-FR"/>
        </w:r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1606"/>
        <w:gridCol w:w="803"/>
        <w:gridCol w:w="803"/>
        <w:gridCol w:w="803"/>
        <w:gridCol w:w="803"/>
        <w:gridCol w:w="1606"/>
        <w:gridCol w:w="1606"/>
      </w:tblGrid>
      <w:tr w:rsidR="00377113" w14:paraId="604C8CEF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07303ACD" w14:textId="77777777" w:rsidR="00377113" w:rsidRDefault="0061349F">
            <w:pPr>
              <w:keepNext/>
            </w:pPr>
            <w:r w:rsidRPr="00343BBA">
              <w:rPr>
                <w:b/>
                <w:sz w:val="16"/>
                <w:lang w:val="fr-FR"/>
              </w:rPr>
              <w:t xml:space="preserve"> </w:t>
            </w:r>
            <w:r>
              <w:rPr>
                <w:b/>
                <w:sz w:val="16"/>
              </w:rPr>
              <w:t xml:space="preserve">2. </w:t>
            </w:r>
            <w:r>
              <w:rPr>
                <w:b/>
                <w:color w:val="000000"/>
                <w:sz w:val="18"/>
              </w:rPr>
              <w:t>SOLICITANTUL</w:t>
            </w:r>
          </w:p>
        </w:tc>
      </w:tr>
      <w:tr w:rsidR="00377113" w14:paraId="7CFFB225" w14:textId="77777777">
        <w:trPr>
          <w:cantSplit/>
          <w:trHeight w:val="510"/>
        </w:trPr>
        <w:tc>
          <w:tcPr>
            <w:tcW w:w="5621" w:type="dxa"/>
            <w:gridSpan w:val="5"/>
          </w:tcPr>
          <w:p w14:paraId="73C78B15" w14:textId="77777777" w:rsidR="00377113" w:rsidRDefault="0061349F">
            <w:pPr>
              <w:keepNext/>
            </w:pPr>
            <w:r>
              <w:rPr>
                <w:b/>
                <w:color w:val="0D5F78"/>
              </w:rPr>
              <w:t>Nume și prenume</w:t>
            </w:r>
          </w:p>
          <w:p w14:paraId="492F91CD" w14:textId="77777777" w:rsidR="00377113" w:rsidRDefault="00377113">
            <w:pPr>
              <w:keepNext/>
            </w:pPr>
          </w:p>
        </w:tc>
        <w:tc>
          <w:tcPr>
            <w:tcW w:w="4015" w:type="dxa"/>
            <w:gridSpan w:val="3"/>
          </w:tcPr>
          <w:p w14:paraId="40F931FA" w14:textId="77777777" w:rsidR="00377113" w:rsidRDefault="0061349F">
            <w:pPr>
              <w:keepNext/>
            </w:pPr>
            <w:r>
              <w:rPr>
                <w:b/>
                <w:color w:val="0D5F78"/>
              </w:rPr>
              <w:t>CNP</w:t>
            </w:r>
          </w:p>
          <w:p w14:paraId="32FF08C1" w14:textId="77777777" w:rsidR="00377113" w:rsidRDefault="00377113">
            <w:pPr>
              <w:keepNext/>
            </w:pPr>
          </w:p>
        </w:tc>
      </w:tr>
      <w:tr w:rsidR="00377113" w14:paraId="6A746F7A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78623411" w14:textId="77777777" w:rsidR="00377113" w:rsidRDefault="0061349F">
            <w:pPr>
              <w:keepNext/>
            </w:pPr>
            <w:r>
              <w:rPr>
                <w:sz w:val="16"/>
              </w:rPr>
              <w:t xml:space="preserve"> Act de identitate</w:t>
            </w:r>
          </w:p>
        </w:tc>
      </w:tr>
      <w:tr w:rsidR="00377113" w14:paraId="34135F0A" w14:textId="77777777">
        <w:trPr>
          <w:cantSplit/>
          <w:trHeight w:val="510"/>
        </w:trPr>
        <w:tc>
          <w:tcPr>
            <w:tcW w:w="1606" w:type="dxa"/>
          </w:tcPr>
          <w:p w14:paraId="0FE58C8A" w14:textId="77777777" w:rsidR="00377113" w:rsidRDefault="0061349F">
            <w:pPr>
              <w:keepNext/>
            </w:pPr>
            <w:r>
              <w:rPr>
                <w:b/>
                <w:color w:val="0D5F78"/>
              </w:rPr>
              <w:t>Seria</w:t>
            </w:r>
          </w:p>
          <w:p w14:paraId="744D4F37" w14:textId="77777777" w:rsidR="00377113" w:rsidRDefault="00377113">
            <w:pPr>
              <w:keepNext/>
            </w:pPr>
          </w:p>
        </w:tc>
        <w:tc>
          <w:tcPr>
            <w:tcW w:w="1606" w:type="dxa"/>
          </w:tcPr>
          <w:p w14:paraId="54E4DCF4" w14:textId="77777777" w:rsidR="00377113" w:rsidRDefault="0061349F">
            <w:pPr>
              <w:keepNext/>
            </w:pPr>
            <w:r>
              <w:rPr>
                <w:b/>
                <w:color w:val="0D5F78"/>
              </w:rPr>
              <w:t>Numărul</w:t>
            </w:r>
          </w:p>
          <w:p w14:paraId="6AFD4CBD" w14:textId="77777777" w:rsidR="00377113" w:rsidRDefault="00377113">
            <w:pPr>
              <w:keepNext/>
            </w:pPr>
          </w:p>
        </w:tc>
        <w:tc>
          <w:tcPr>
            <w:tcW w:w="4818" w:type="dxa"/>
            <w:gridSpan w:val="5"/>
          </w:tcPr>
          <w:p w14:paraId="1275CF2C" w14:textId="77777777" w:rsidR="00377113" w:rsidRDefault="0061349F">
            <w:pPr>
              <w:keepNext/>
            </w:pPr>
            <w:r>
              <w:rPr>
                <w:b/>
                <w:color w:val="0D5F78"/>
              </w:rPr>
              <w:t>Eliberat de</w:t>
            </w:r>
          </w:p>
          <w:p w14:paraId="4C997CA9" w14:textId="77777777" w:rsidR="00377113" w:rsidRDefault="00377113">
            <w:pPr>
              <w:keepNext/>
            </w:pPr>
          </w:p>
        </w:tc>
        <w:tc>
          <w:tcPr>
            <w:tcW w:w="1606" w:type="dxa"/>
          </w:tcPr>
          <w:p w14:paraId="375049A5" w14:textId="77777777" w:rsidR="00377113" w:rsidRDefault="0061349F">
            <w:pPr>
              <w:keepNext/>
            </w:pPr>
            <w:r>
              <w:rPr>
                <w:b/>
                <w:color w:val="0D5F78"/>
              </w:rPr>
              <w:t>La data</w:t>
            </w:r>
          </w:p>
          <w:p w14:paraId="1E260826" w14:textId="77777777" w:rsidR="00377113" w:rsidRDefault="00377113">
            <w:pPr>
              <w:keepNext/>
            </w:pPr>
          </w:p>
        </w:tc>
      </w:tr>
      <w:tr w:rsidR="00377113" w14:paraId="20F26A7F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6631D62D" w14:textId="77777777" w:rsidR="00377113" w:rsidRDefault="0061349F">
            <w:pPr>
              <w:keepNext/>
            </w:pPr>
            <w:r>
              <w:rPr>
                <w:sz w:val="16"/>
              </w:rPr>
              <w:t xml:space="preserve"> Domiciliul</w:t>
            </w:r>
          </w:p>
        </w:tc>
      </w:tr>
      <w:tr w:rsidR="00377113" w14:paraId="14021D82" w14:textId="77777777">
        <w:trPr>
          <w:cantSplit/>
          <w:trHeight w:val="510"/>
        </w:trPr>
        <w:tc>
          <w:tcPr>
            <w:tcW w:w="3212" w:type="dxa"/>
            <w:gridSpan w:val="2"/>
          </w:tcPr>
          <w:p w14:paraId="0EEC3E11" w14:textId="77777777" w:rsidR="00377113" w:rsidRDefault="0061349F">
            <w:pPr>
              <w:keepNext/>
            </w:pPr>
            <w:r>
              <w:rPr>
                <w:b/>
                <w:color w:val="0D5F78"/>
              </w:rPr>
              <w:t>Județul</w:t>
            </w:r>
          </w:p>
          <w:p w14:paraId="1815C0EF" w14:textId="77777777" w:rsidR="00377113" w:rsidRDefault="00377113">
            <w:pPr>
              <w:keepNext/>
            </w:pPr>
          </w:p>
        </w:tc>
        <w:tc>
          <w:tcPr>
            <w:tcW w:w="3212" w:type="dxa"/>
            <w:gridSpan w:val="4"/>
          </w:tcPr>
          <w:p w14:paraId="1597517E" w14:textId="77777777" w:rsidR="00377113" w:rsidRDefault="0061349F">
            <w:pPr>
              <w:keepNext/>
            </w:pPr>
            <w:r>
              <w:rPr>
                <w:b/>
                <w:color w:val="0D5F78"/>
              </w:rPr>
              <w:t>Municipiul / orașul / comuna</w:t>
            </w:r>
          </w:p>
          <w:p w14:paraId="691DF8E2" w14:textId="77777777" w:rsidR="00377113" w:rsidRDefault="00377113">
            <w:pPr>
              <w:keepNext/>
            </w:pPr>
          </w:p>
        </w:tc>
        <w:tc>
          <w:tcPr>
            <w:tcW w:w="3212" w:type="dxa"/>
            <w:gridSpan w:val="2"/>
          </w:tcPr>
          <w:p w14:paraId="3DE1D317" w14:textId="77777777" w:rsidR="00377113" w:rsidRDefault="0061349F">
            <w:pPr>
              <w:keepNext/>
            </w:pPr>
            <w:r>
              <w:rPr>
                <w:b/>
                <w:color w:val="0D5F78"/>
              </w:rPr>
              <w:t>Satul / sectorul</w:t>
            </w:r>
          </w:p>
          <w:p w14:paraId="1B6BDCCB" w14:textId="77777777" w:rsidR="00377113" w:rsidRDefault="00377113">
            <w:pPr>
              <w:keepNext/>
            </w:pPr>
          </w:p>
        </w:tc>
      </w:tr>
      <w:tr w:rsidR="00377113" w14:paraId="35FE036F" w14:textId="77777777">
        <w:trPr>
          <w:cantSplit/>
          <w:trHeight w:val="510"/>
        </w:trPr>
        <w:tc>
          <w:tcPr>
            <w:tcW w:w="3212" w:type="dxa"/>
            <w:gridSpan w:val="2"/>
          </w:tcPr>
          <w:p w14:paraId="3032BBD3" w14:textId="77777777" w:rsidR="00377113" w:rsidRDefault="0061349F">
            <w:pPr>
              <w:keepNext/>
            </w:pPr>
            <w:r>
              <w:rPr>
                <w:b/>
                <w:color w:val="0D5F78"/>
              </w:rPr>
              <w:t>Strada</w:t>
            </w:r>
          </w:p>
          <w:p w14:paraId="255C5EF4" w14:textId="77777777" w:rsidR="00377113" w:rsidRDefault="00377113">
            <w:pPr>
              <w:keepNext/>
            </w:pPr>
          </w:p>
        </w:tc>
        <w:tc>
          <w:tcPr>
            <w:tcW w:w="803" w:type="dxa"/>
          </w:tcPr>
          <w:p w14:paraId="63B36D30" w14:textId="77777777" w:rsidR="00377113" w:rsidRDefault="0061349F">
            <w:pPr>
              <w:keepNext/>
            </w:pPr>
            <w:r>
              <w:rPr>
                <w:b/>
                <w:color w:val="0D5F78"/>
              </w:rPr>
              <w:t>Nr.</w:t>
            </w:r>
          </w:p>
          <w:p w14:paraId="7570AD44" w14:textId="77777777" w:rsidR="00377113" w:rsidRDefault="00377113">
            <w:pPr>
              <w:keepNext/>
            </w:pPr>
          </w:p>
        </w:tc>
        <w:tc>
          <w:tcPr>
            <w:tcW w:w="803" w:type="dxa"/>
          </w:tcPr>
          <w:p w14:paraId="7EB3F9F1" w14:textId="77777777" w:rsidR="00377113" w:rsidRDefault="0061349F">
            <w:pPr>
              <w:keepNext/>
            </w:pPr>
            <w:r>
              <w:rPr>
                <w:b/>
                <w:color w:val="0D5F78"/>
              </w:rPr>
              <w:t>Sc.</w:t>
            </w:r>
          </w:p>
          <w:p w14:paraId="598896A6" w14:textId="77777777" w:rsidR="00377113" w:rsidRDefault="00377113">
            <w:pPr>
              <w:keepNext/>
            </w:pPr>
          </w:p>
        </w:tc>
        <w:tc>
          <w:tcPr>
            <w:tcW w:w="803" w:type="dxa"/>
          </w:tcPr>
          <w:p w14:paraId="68084122" w14:textId="77777777" w:rsidR="00377113" w:rsidRDefault="0061349F">
            <w:pPr>
              <w:keepNext/>
            </w:pPr>
            <w:r>
              <w:rPr>
                <w:b/>
                <w:color w:val="0D5F78"/>
              </w:rPr>
              <w:t>Et.</w:t>
            </w:r>
          </w:p>
          <w:p w14:paraId="1FB7A599" w14:textId="77777777" w:rsidR="00377113" w:rsidRDefault="00377113">
            <w:pPr>
              <w:keepNext/>
            </w:pPr>
          </w:p>
        </w:tc>
        <w:tc>
          <w:tcPr>
            <w:tcW w:w="803" w:type="dxa"/>
          </w:tcPr>
          <w:p w14:paraId="635895CD" w14:textId="77777777" w:rsidR="00377113" w:rsidRDefault="0061349F">
            <w:pPr>
              <w:keepNext/>
            </w:pPr>
            <w:r>
              <w:rPr>
                <w:b/>
                <w:color w:val="0D5F78"/>
              </w:rPr>
              <w:t>Ap.</w:t>
            </w:r>
          </w:p>
          <w:p w14:paraId="5877D4A7" w14:textId="77777777" w:rsidR="00377113" w:rsidRDefault="00377113">
            <w:pPr>
              <w:keepNext/>
            </w:pPr>
          </w:p>
        </w:tc>
        <w:tc>
          <w:tcPr>
            <w:tcW w:w="1606" w:type="dxa"/>
          </w:tcPr>
          <w:p w14:paraId="0825FC30" w14:textId="77777777" w:rsidR="00377113" w:rsidRDefault="0061349F">
            <w:pPr>
              <w:keepNext/>
            </w:pPr>
            <w:r>
              <w:rPr>
                <w:b/>
                <w:color w:val="0D5F78"/>
              </w:rPr>
              <w:t>Cod poștal</w:t>
            </w:r>
          </w:p>
          <w:p w14:paraId="34487808" w14:textId="77777777" w:rsidR="00377113" w:rsidRDefault="00377113">
            <w:pPr>
              <w:keepNext/>
            </w:pPr>
          </w:p>
        </w:tc>
        <w:tc>
          <w:tcPr>
            <w:tcW w:w="1606" w:type="dxa"/>
          </w:tcPr>
          <w:p w14:paraId="5B31A664" w14:textId="77777777" w:rsidR="00377113" w:rsidRDefault="0061349F">
            <w:pPr>
              <w:keepNext/>
            </w:pPr>
            <w:r>
              <w:rPr>
                <w:b/>
                <w:color w:val="0D5F78"/>
              </w:rPr>
              <w:t>Ț</w:t>
            </w:r>
            <w:r>
              <w:rPr>
                <w:b/>
                <w:color w:val="0D5F78"/>
              </w:rPr>
              <w:t>ara</w:t>
            </w:r>
          </w:p>
          <w:p w14:paraId="1AC94237" w14:textId="77777777" w:rsidR="00377113" w:rsidRDefault="00377113">
            <w:pPr>
              <w:keepNext/>
            </w:pPr>
          </w:p>
        </w:tc>
      </w:tr>
      <w:tr w:rsidR="00377113" w14:paraId="7E5729BF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6CD68FCA" w14:textId="77777777" w:rsidR="00377113" w:rsidRDefault="0061349F">
            <w:pPr>
              <w:keepNext/>
            </w:pPr>
            <w:r>
              <w:rPr>
                <w:sz w:val="16"/>
              </w:rPr>
              <w:t xml:space="preserve"> Date de contact</w:t>
            </w:r>
          </w:p>
        </w:tc>
      </w:tr>
      <w:tr w:rsidR="00377113" w14:paraId="66B951DB" w14:textId="77777777">
        <w:trPr>
          <w:cantSplit/>
          <w:trHeight w:val="510"/>
        </w:trPr>
        <w:tc>
          <w:tcPr>
            <w:tcW w:w="4015" w:type="dxa"/>
            <w:gridSpan w:val="3"/>
          </w:tcPr>
          <w:p w14:paraId="70E97DD8" w14:textId="77777777" w:rsidR="00377113" w:rsidRDefault="0061349F">
            <w:r>
              <w:rPr>
                <w:b/>
                <w:color w:val="0D5F78"/>
              </w:rPr>
              <w:t>Telefon / fax</w:t>
            </w:r>
          </w:p>
          <w:p w14:paraId="488DB23E" w14:textId="77777777" w:rsidR="00377113" w:rsidRDefault="00377113"/>
        </w:tc>
        <w:tc>
          <w:tcPr>
            <w:tcW w:w="5621" w:type="dxa"/>
            <w:gridSpan w:val="5"/>
          </w:tcPr>
          <w:p w14:paraId="7EFBC837" w14:textId="77777777" w:rsidR="00377113" w:rsidRDefault="0061349F">
            <w:r>
              <w:rPr>
                <w:b/>
                <w:color w:val="0D5F78"/>
              </w:rPr>
              <w:t>E-mail</w:t>
            </w:r>
          </w:p>
          <w:p w14:paraId="1C3CE210" w14:textId="77777777" w:rsidR="00377113" w:rsidRDefault="00377113"/>
        </w:tc>
      </w:tr>
    </w:tbl>
    <w:p w14:paraId="6E863ACA" w14:textId="77777777" w:rsidR="00377113" w:rsidRDefault="00377113">
      <w:pPr>
        <w:spacing w:line="168" w:lineRule="auto"/>
      </w:pPr>
    </w:p>
    <w:p w14:paraId="2E8A375E" w14:textId="77777777" w:rsidR="00377113" w:rsidRDefault="0061349F">
      <w:pPr>
        <w:spacing w:before="80" w:after="60"/>
        <w:jc w:val="center"/>
      </w:pPr>
      <w:r>
        <w:rPr>
          <w:sz w:val="18"/>
        </w:rPr>
        <w:t>în temeiul art. 257 alin. (17) din Legea nr. 169/2026 privind Codul amenajării teritoriului, urbanismului și construcțiilor,</w:t>
      </w:r>
    </w:p>
    <w:p w14:paraId="21143514" w14:textId="77777777" w:rsidR="00004412" w:rsidRDefault="0061349F">
      <w:pPr>
        <w:spacing w:before="80" w:after="60"/>
        <w:jc w:val="center"/>
        <w:rPr>
          <w:b/>
          <w:color w:val="000000"/>
          <w:sz w:val="18"/>
          <w:lang w:val="fr-FR"/>
        </w:rPr>
      </w:pPr>
      <w:r w:rsidRPr="00004412">
        <w:rPr>
          <w:sz w:val="18"/>
          <w:lang w:val="fr-FR"/>
        </w:rPr>
        <w:t>solicit prelungirea valabilității</w:t>
      </w:r>
      <w:r w:rsidR="00004412" w:rsidRPr="00004412">
        <w:rPr>
          <w:b/>
          <w:color w:val="000000"/>
          <w:sz w:val="18"/>
          <w:lang w:val="fr-FR"/>
        </w:rPr>
        <w:t xml:space="preserve"> </w:t>
      </w:r>
    </w:p>
    <w:p w14:paraId="077ADEDA" w14:textId="5045CE9D" w:rsidR="00377113" w:rsidRPr="00004412" w:rsidRDefault="00004412">
      <w:pPr>
        <w:spacing w:before="80" w:after="60"/>
        <w:jc w:val="center"/>
        <w:rPr>
          <w:sz w:val="20"/>
          <w:szCs w:val="20"/>
          <w:lang w:val="fr-FR"/>
        </w:rPr>
      </w:pPr>
      <w:r w:rsidRPr="00004412">
        <w:rPr>
          <w:b/>
          <w:color w:val="000000"/>
          <w:sz w:val="20"/>
          <w:szCs w:val="20"/>
          <w:lang w:val="fr-FR"/>
        </w:rPr>
        <w:t>CERTIFICATULUI DE URBANISM</w:t>
      </w: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2409"/>
        <w:gridCol w:w="803"/>
        <w:gridCol w:w="4818"/>
      </w:tblGrid>
      <w:tr w:rsidR="00377113" w14:paraId="62A1223F" w14:textId="77777777">
        <w:trPr>
          <w:cantSplit/>
          <w:trHeight w:val="510"/>
        </w:trPr>
        <w:tc>
          <w:tcPr>
            <w:tcW w:w="1606" w:type="dxa"/>
          </w:tcPr>
          <w:p w14:paraId="7765B9B1" w14:textId="77777777" w:rsidR="00377113" w:rsidRDefault="0061349F">
            <w:pPr>
              <w:keepNext/>
            </w:pPr>
            <w:r>
              <w:rPr>
                <w:b/>
                <w:color w:val="0D5F78"/>
              </w:rPr>
              <w:t>Nr.</w:t>
            </w:r>
          </w:p>
          <w:p w14:paraId="1491A8A0" w14:textId="77777777" w:rsidR="00377113" w:rsidRDefault="00377113">
            <w:pPr>
              <w:keepNext/>
            </w:pPr>
          </w:p>
        </w:tc>
        <w:tc>
          <w:tcPr>
            <w:tcW w:w="2409" w:type="dxa"/>
          </w:tcPr>
          <w:p w14:paraId="32FEB634" w14:textId="77777777" w:rsidR="00377113" w:rsidRDefault="0061349F">
            <w:pPr>
              <w:keepNext/>
            </w:pPr>
            <w:r>
              <w:rPr>
                <w:b/>
                <w:color w:val="0D5F78"/>
              </w:rPr>
              <w:t>Din data</w:t>
            </w:r>
          </w:p>
          <w:p w14:paraId="70A0A594" w14:textId="77777777" w:rsidR="00377113" w:rsidRDefault="00377113">
            <w:pPr>
              <w:keepNext/>
            </w:pPr>
          </w:p>
        </w:tc>
        <w:tc>
          <w:tcPr>
            <w:tcW w:w="5621" w:type="dxa"/>
            <w:gridSpan w:val="2"/>
          </w:tcPr>
          <w:p w14:paraId="5DFD23E9" w14:textId="77777777" w:rsidR="00377113" w:rsidRDefault="0061349F">
            <w:pPr>
              <w:keepNext/>
            </w:pPr>
            <w:r>
              <w:rPr>
                <w:b/>
                <w:color w:val="0D5F78"/>
              </w:rPr>
              <w:t>Emis de</w:t>
            </w:r>
          </w:p>
          <w:p w14:paraId="5357994E" w14:textId="77777777" w:rsidR="00377113" w:rsidRDefault="00377113">
            <w:pPr>
              <w:keepNext/>
            </w:pPr>
          </w:p>
        </w:tc>
      </w:tr>
      <w:tr w:rsidR="00377113" w14:paraId="356194D4" w14:textId="77777777">
        <w:trPr>
          <w:cantSplit/>
          <w:trHeight w:val="510"/>
        </w:trPr>
        <w:tc>
          <w:tcPr>
            <w:tcW w:w="4818" w:type="dxa"/>
            <w:gridSpan w:val="3"/>
          </w:tcPr>
          <w:p w14:paraId="5AABADB7" w14:textId="77777777" w:rsidR="00377113" w:rsidRDefault="0061349F">
            <w:r>
              <w:rPr>
                <w:b/>
                <w:color w:val="0D5F78"/>
              </w:rPr>
              <w:t>Prelungirea solicitată — de la data</w:t>
            </w:r>
          </w:p>
          <w:p w14:paraId="073435BA" w14:textId="77777777" w:rsidR="00377113" w:rsidRDefault="00377113"/>
        </w:tc>
        <w:tc>
          <w:tcPr>
            <w:tcW w:w="4818" w:type="dxa"/>
          </w:tcPr>
          <w:p w14:paraId="78FDD7CA" w14:textId="77777777" w:rsidR="00377113" w:rsidRDefault="0061349F">
            <w:r>
              <w:rPr>
                <w:b/>
                <w:color w:val="0D5F78"/>
              </w:rPr>
              <w:t>până la data</w:t>
            </w:r>
          </w:p>
          <w:p w14:paraId="3D4C5B91" w14:textId="77777777" w:rsidR="00377113" w:rsidRDefault="00377113"/>
        </w:tc>
      </w:tr>
    </w:tbl>
    <w:p w14:paraId="7B9769F8" w14:textId="77777777" w:rsidR="00377113" w:rsidRDefault="00377113">
      <w:pPr>
        <w:spacing w:line="168" w:lineRule="auto"/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1606"/>
        <w:gridCol w:w="2409"/>
        <w:gridCol w:w="803"/>
        <w:gridCol w:w="803"/>
        <w:gridCol w:w="2409"/>
      </w:tblGrid>
      <w:tr w:rsidR="00377113" w14:paraId="18332584" w14:textId="77777777">
        <w:trPr>
          <w:cantSplit/>
        </w:trPr>
        <w:tc>
          <w:tcPr>
            <w:tcW w:w="9636" w:type="dxa"/>
            <w:gridSpan w:val="6"/>
            <w:shd w:val="clear" w:color="auto" w:fill="F4F4F4"/>
          </w:tcPr>
          <w:p w14:paraId="7AC950F1" w14:textId="77777777" w:rsidR="00377113" w:rsidRDefault="0061349F">
            <w:pPr>
              <w:keepNext/>
            </w:pPr>
            <w:r>
              <w:rPr>
                <w:b/>
                <w:sz w:val="16"/>
              </w:rPr>
              <w:t xml:space="preserve"> 4. </w:t>
            </w:r>
            <w:r>
              <w:rPr>
                <w:b/>
                <w:color w:val="000000"/>
                <w:sz w:val="18"/>
              </w:rPr>
              <w:t>IMOBILUL</w:t>
            </w:r>
          </w:p>
        </w:tc>
      </w:tr>
      <w:tr w:rsidR="00377113" w14:paraId="248B564F" w14:textId="77777777">
        <w:trPr>
          <w:cantSplit/>
        </w:trPr>
        <w:tc>
          <w:tcPr>
            <w:tcW w:w="9636" w:type="dxa"/>
            <w:gridSpan w:val="6"/>
          </w:tcPr>
          <w:p w14:paraId="7D32E515" w14:textId="77777777" w:rsidR="00377113" w:rsidRDefault="0061349F">
            <w:pPr>
              <w:keepNext/>
            </w:pPr>
            <w:r>
              <w:rPr>
                <w:sz w:val="16"/>
              </w:rPr>
              <w:t xml:space="preserve"> ☐ teren     ☐ construcții</w:t>
            </w:r>
          </w:p>
        </w:tc>
      </w:tr>
      <w:tr w:rsidR="00377113" w14:paraId="533C4D6A" w14:textId="77777777">
        <w:trPr>
          <w:cantSplit/>
          <w:trHeight w:val="510"/>
        </w:trPr>
        <w:tc>
          <w:tcPr>
            <w:tcW w:w="3212" w:type="dxa"/>
            <w:gridSpan w:val="2"/>
          </w:tcPr>
          <w:p w14:paraId="107ADBF6" w14:textId="77777777" w:rsidR="00377113" w:rsidRDefault="0061349F">
            <w:pPr>
              <w:keepNext/>
            </w:pPr>
            <w:r>
              <w:rPr>
                <w:b/>
                <w:color w:val="0D5F78"/>
              </w:rPr>
              <w:t>Județ</w:t>
            </w:r>
          </w:p>
          <w:p w14:paraId="545515E0" w14:textId="77777777" w:rsidR="00377113" w:rsidRDefault="00377113">
            <w:pPr>
              <w:keepNext/>
            </w:pPr>
          </w:p>
        </w:tc>
        <w:tc>
          <w:tcPr>
            <w:tcW w:w="3212" w:type="dxa"/>
            <w:gridSpan w:val="2"/>
          </w:tcPr>
          <w:p w14:paraId="5F352457" w14:textId="77777777" w:rsidR="00377113" w:rsidRDefault="0061349F">
            <w:pPr>
              <w:keepNext/>
            </w:pPr>
            <w:r>
              <w:rPr>
                <w:b/>
                <w:color w:val="0D5F78"/>
              </w:rPr>
              <w:t>Municipiu / oraș / comună</w:t>
            </w:r>
          </w:p>
          <w:p w14:paraId="14C00203" w14:textId="77777777" w:rsidR="00377113" w:rsidRDefault="00377113">
            <w:pPr>
              <w:keepNext/>
            </w:pPr>
          </w:p>
        </w:tc>
        <w:tc>
          <w:tcPr>
            <w:tcW w:w="3212" w:type="dxa"/>
            <w:gridSpan w:val="2"/>
          </w:tcPr>
          <w:p w14:paraId="2519EFDA" w14:textId="77777777" w:rsidR="00377113" w:rsidRDefault="0061349F">
            <w:pPr>
              <w:keepNext/>
            </w:pPr>
            <w:r>
              <w:rPr>
                <w:b/>
                <w:color w:val="0D5F78"/>
              </w:rPr>
              <w:t>Sat / sector</w:t>
            </w:r>
          </w:p>
          <w:p w14:paraId="6F1351F6" w14:textId="77777777" w:rsidR="00377113" w:rsidRDefault="00377113">
            <w:pPr>
              <w:keepNext/>
            </w:pPr>
          </w:p>
        </w:tc>
      </w:tr>
      <w:tr w:rsidR="00377113" w14:paraId="2D9B8DB3" w14:textId="77777777">
        <w:trPr>
          <w:cantSplit/>
          <w:trHeight w:val="510"/>
        </w:trPr>
        <w:tc>
          <w:tcPr>
            <w:tcW w:w="1606" w:type="dxa"/>
          </w:tcPr>
          <w:p w14:paraId="4B72CFDF" w14:textId="77777777" w:rsidR="00377113" w:rsidRDefault="0061349F">
            <w:pPr>
              <w:keepNext/>
            </w:pPr>
            <w:r>
              <w:rPr>
                <w:b/>
                <w:color w:val="0D5F78"/>
              </w:rPr>
              <w:t>Cod poștal</w:t>
            </w:r>
          </w:p>
          <w:p w14:paraId="0E9D7B3A" w14:textId="77777777" w:rsidR="00377113" w:rsidRDefault="00377113">
            <w:pPr>
              <w:keepNext/>
            </w:pPr>
          </w:p>
        </w:tc>
        <w:tc>
          <w:tcPr>
            <w:tcW w:w="4818" w:type="dxa"/>
            <w:gridSpan w:val="3"/>
          </w:tcPr>
          <w:p w14:paraId="4A8D120C" w14:textId="77777777" w:rsidR="00377113" w:rsidRDefault="0061349F">
            <w:pPr>
              <w:keepNext/>
            </w:pPr>
            <w:r>
              <w:rPr>
                <w:b/>
                <w:color w:val="0D5F78"/>
              </w:rPr>
              <w:t>Strada</w:t>
            </w:r>
          </w:p>
          <w:p w14:paraId="20FA361F" w14:textId="77777777" w:rsidR="00377113" w:rsidRDefault="00377113">
            <w:pPr>
              <w:keepNext/>
            </w:pPr>
          </w:p>
        </w:tc>
        <w:tc>
          <w:tcPr>
            <w:tcW w:w="803" w:type="dxa"/>
          </w:tcPr>
          <w:p w14:paraId="39FAFBFC" w14:textId="77777777" w:rsidR="00377113" w:rsidRDefault="0061349F">
            <w:pPr>
              <w:keepNext/>
            </w:pPr>
            <w:r>
              <w:rPr>
                <w:b/>
                <w:color w:val="0D5F78"/>
              </w:rPr>
              <w:t>Nr.</w:t>
            </w:r>
          </w:p>
          <w:p w14:paraId="6CA1B947" w14:textId="77777777" w:rsidR="00377113" w:rsidRDefault="00377113">
            <w:pPr>
              <w:keepNext/>
            </w:pPr>
          </w:p>
        </w:tc>
        <w:tc>
          <w:tcPr>
            <w:tcW w:w="2409" w:type="dxa"/>
          </w:tcPr>
          <w:p w14:paraId="134DC49E" w14:textId="77777777" w:rsidR="00377113" w:rsidRDefault="0061349F">
            <w:pPr>
              <w:keepNext/>
            </w:pPr>
            <w:r>
              <w:rPr>
                <w:b/>
                <w:color w:val="0D5F78"/>
              </w:rPr>
              <w:t>Bl. / sc. / et. / ap.</w:t>
            </w:r>
          </w:p>
          <w:p w14:paraId="297CA390" w14:textId="77777777" w:rsidR="00377113" w:rsidRDefault="00377113">
            <w:pPr>
              <w:keepNext/>
            </w:pPr>
          </w:p>
        </w:tc>
      </w:tr>
      <w:tr w:rsidR="00377113" w14:paraId="7B19E8B5" w14:textId="77777777">
        <w:trPr>
          <w:cantSplit/>
          <w:trHeight w:val="510"/>
        </w:trPr>
        <w:tc>
          <w:tcPr>
            <w:tcW w:w="5621" w:type="dxa"/>
            <w:gridSpan w:val="3"/>
          </w:tcPr>
          <w:p w14:paraId="4397E352" w14:textId="77777777" w:rsidR="00377113" w:rsidRPr="00343BBA" w:rsidRDefault="0061349F">
            <w:pPr>
              <w:keepNext/>
              <w:rPr>
                <w:lang w:val="fr-FR"/>
              </w:rPr>
            </w:pPr>
            <w:r w:rsidRPr="00343BBA">
              <w:rPr>
                <w:b/>
                <w:color w:val="0D5F78"/>
                <w:lang w:val="fr-FR"/>
              </w:rPr>
              <w:t>Număr cadastral</w:t>
            </w:r>
          </w:p>
          <w:p w14:paraId="34F88BB8" w14:textId="77777777" w:rsidR="00377113" w:rsidRPr="00343BBA" w:rsidRDefault="0061349F">
            <w:pPr>
              <w:keepNext/>
              <w:rPr>
                <w:lang w:val="fr-FR"/>
              </w:rPr>
            </w:pPr>
            <w:r w:rsidRPr="00343BBA">
              <w:rPr>
                <w:i/>
                <w:color w:val="7A7A7A"/>
                <w:lang w:val="fr-FR"/>
              </w:rPr>
              <w:t>dacă imobilul e înscris în</w:t>
            </w:r>
            <w:r w:rsidRPr="00343BBA">
              <w:rPr>
                <w:i/>
                <w:color w:val="7A7A7A"/>
                <w:lang w:val="fr-FR"/>
              </w:rPr>
              <w:t xml:space="preserve"> e-Terra</w:t>
            </w:r>
          </w:p>
          <w:p w14:paraId="3E14DDE5" w14:textId="77777777" w:rsidR="00377113" w:rsidRPr="00343BBA" w:rsidRDefault="00377113">
            <w:pPr>
              <w:keepNext/>
              <w:rPr>
                <w:lang w:val="fr-FR"/>
              </w:rPr>
            </w:pPr>
          </w:p>
        </w:tc>
        <w:tc>
          <w:tcPr>
            <w:tcW w:w="4015" w:type="dxa"/>
            <w:gridSpan w:val="3"/>
          </w:tcPr>
          <w:p w14:paraId="4191820B" w14:textId="77777777" w:rsidR="00377113" w:rsidRDefault="0061349F">
            <w:pPr>
              <w:keepNext/>
            </w:pPr>
            <w:r>
              <w:rPr>
                <w:b/>
                <w:color w:val="0D5F78"/>
              </w:rPr>
              <w:t>Carte funciară nr.</w:t>
            </w:r>
          </w:p>
          <w:p w14:paraId="0636B066" w14:textId="77777777" w:rsidR="00377113" w:rsidRDefault="00377113">
            <w:pPr>
              <w:keepNext/>
            </w:pPr>
          </w:p>
        </w:tc>
      </w:tr>
    </w:tbl>
    <w:p w14:paraId="2A5FFFCA" w14:textId="77777777" w:rsidR="00377113" w:rsidRDefault="00377113">
      <w:pPr>
        <w:spacing w:line="168" w:lineRule="auto"/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377113" w14:paraId="416CCAE3" w14:textId="77777777">
        <w:trPr>
          <w:cantSplit/>
        </w:trPr>
        <w:tc>
          <w:tcPr>
            <w:tcW w:w="9636" w:type="dxa"/>
            <w:shd w:val="clear" w:color="auto" w:fill="F4F4F4"/>
          </w:tcPr>
          <w:p w14:paraId="3FE4A3CD" w14:textId="77777777" w:rsidR="00377113" w:rsidRDefault="0061349F">
            <w:pPr>
              <w:keepNext/>
            </w:pPr>
            <w:r>
              <w:rPr>
                <w:b/>
                <w:sz w:val="16"/>
              </w:rPr>
              <w:t xml:space="preserve"> 5. </w:t>
            </w:r>
            <w:r>
              <w:rPr>
                <w:b/>
                <w:color w:val="000000"/>
                <w:sz w:val="18"/>
              </w:rPr>
              <w:t>SE ANEXEAZĂ</w:t>
            </w:r>
          </w:p>
        </w:tc>
      </w:tr>
      <w:tr w:rsidR="00377113" w:rsidRPr="00004412" w14:paraId="53555C64" w14:textId="77777777">
        <w:trPr>
          <w:cantSplit/>
        </w:trPr>
        <w:tc>
          <w:tcPr>
            <w:tcW w:w="9636" w:type="dxa"/>
          </w:tcPr>
          <w:p w14:paraId="05B03106" w14:textId="77777777" w:rsidR="00377113" w:rsidRPr="00343BBA" w:rsidRDefault="0061349F">
            <w:pPr>
              <w:rPr>
                <w:lang w:val="fr-FR"/>
              </w:rPr>
            </w:pPr>
            <w:r w:rsidRPr="00343BBA">
              <w:rPr>
                <w:sz w:val="16"/>
                <w:lang w:val="fr-FR"/>
              </w:rPr>
              <w:t xml:space="preserve"> ☐ certificatul de urbanism (în original)     ☐ documentul privind achitarea taxei (copie)</w:t>
            </w:r>
          </w:p>
        </w:tc>
      </w:tr>
    </w:tbl>
    <w:p w14:paraId="0CC63E6D" w14:textId="77777777" w:rsidR="00377113" w:rsidRPr="00343BBA" w:rsidRDefault="00377113">
      <w:pPr>
        <w:spacing w:line="168" w:lineRule="auto"/>
        <w:rPr>
          <w:lang w:val="fr-FR"/>
        </w:r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4818"/>
        <w:gridCol w:w="3212"/>
      </w:tblGrid>
      <w:tr w:rsidR="00377113" w14:paraId="67AC911A" w14:textId="77777777">
        <w:trPr>
          <w:cantSplit/>
        </w:trPr>
        <w:tc>
          <w:tcPr>
            <w:tcW w:w="9636" w:type="dxa"/>
            <w:gridSpan w:val="3"/>
            <w:shd w:val="clear" w:color="auto" w:fill="F4F4F4"/>
          </w:tcPr>
          <w:p w14:paraId="2C5583C3" w14:textId="77777777" w:rsidR="00377113" w:rsidRDefault="0061349F">
            <w:pPr>
              <w:keepNext/>
            </w:pPr>
            <w:r w:rsidRPr="00343BBA">
              <w:rPr>
                <w:b/>
                <w:sz w:val="16"/>
                <w:lang w:val="fr-FR"/>
              </w:rPr>
              <w:t xml:space="preserve"> </w:t>
            </w:r>
            <w:r>
              <w:rPr>
                <w:b/>
                <w:sz w:val="16"/>
              </w:rPr>
              <w:t xml:space="preserve">6. </w:t>
            </w:r>
            <w:r>
              <w:rPr>
                <w:b/>
                <w:color w:val="000000"/>
                <w:sz w:val="18"/>
              </w:rPr>
              <w:t>DATA ȘI SEMNĂTURA</w:t>
            </w:r>
          </w:p>
        </w:tc>
      </w:tr>
      <w:tr w:rsidR="00377113" w14:paraId="2C613BE7" w14:textId="77777777">
        <w:trPr>
          <w:cantSplit/>
          <w:trHeight w:val="510"/>
        </w:trPr>
        <w:tc>
          <w:tcPr>
            <w:tcW w:w="1606" w:type="dxa"/>
          </w:tcPr>
          <w:p w14:paraId="6247744D" w14:textId="77777777" w:rsidR="00377113" w:rsidRDefault="0061349F">
            <w:r>
              <w:rPr>
                <w:b/>
                <w:color w:val="0D5F78"/>
              </w:rPr>
              <w:t>Data</w:t>
            </w:r>
          </w:p>
          <w:p w14:paraId="6A45905A" w14:textId="77777777" w:rsidR="00377113" w:rsidRDefault="00377113"/>
        </w:tc>
        <w:tc>
          <w:tcPr>
            <w:tcW w:w="4818" w:type="dxa"/>
          </w:tcPr>
          <w:p w14:paraId="09BFB97F" w14:textId="77777777" w:rsidR="00377113" w:rsidRDefault="0061349F">
            <w:r>
              <w:rPr>
                <w:b/>
                <w:color w:val="0D5F78"/>
              </w:rPr>
              <w:t>Solicitantul</w:t>
            </w:r>
          </w:p>
          <w:p w14:paraId="1B3BE6B9" w14:textId="77777777" w:rsidR="00377113" w:rsidRDefault="00377113"/>
        </w:tc>
        <w:tc>
          <w:tcPr>
            <w:tcW w:w="3212" w:type="dxa"/>
          </w:tcPr>
          <w:p w14:paraId="640F19C7" w14:textId="77777777" w:rsidR="00377113" w:rsidRDefault="0061349F">
            <w:r>
              <w:rPr>
                <w:b/>
                <w:color w:val="0D5F78"/>
              </w:rPr>
              <w:t>Semnătura</w:t>
            </w:r>
          </w:p>
          <w:p w14:paraId="325CC794" w14:textId="77777777" w:rsidR="00377113" w:rsidRDefault="00377113"/>
        </w:tc>
      </w:tr>
    </w:tbl>
    <w:p w14:paraId="2943DD2B" w14:textId="77777777" w:rsidR="00377113" w:rsidRDefault="00377113">
      <w:pPr>
        <w:spacing w:line="168" w:lineRule="auto"/>
      </w:pPr>
    </w:p>
    <w:sectPr w:rsidR="00377113" w:rsidSect="00034616">
      <w:footerReference w:type="default" r:id="rId9"/>
      <w:pgSz w:w="11906" w:h="16838"/>
      <w:pgMar w:top="567" w:right="1134" w:bottom="454" w:left="1134" w:header="720" w:footer="22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377C5C" w14:textId="77777777" w:rsidR="001F5953" w:rsidRDefault="001F5953">
      <w:r>
        <w:separator/>
      </w:r>
    </w:p>
  </w:endnote>
  <w:endnote w:type="continuationSeparator" w:id="0">
    <w:p w14:paraId="14CA923F" w14:textId="77777777" w:rsidR="001F5953" w:rsidRDefault="001F595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0A959F" w14:textId="77777777" w:rsidR="00377113" w:rsidRDefault="0061349F">
    <w:pPr>
      <w:pStyle w:val="Footer"/>
      <w:tabs>
        <w:tab w:val="right" w:pos="9639"/>
      </w:tabs>
    </w:pPr>
    <w:r>
      <w:rPr>
        <w:color w:val="595959"/>
      </w:rPr>
      <w:t>F_CU_03 · versiunea 1.0</w:t>
    </w:r>
    <w:r>
      <w:rPr>
        <w:color w:val="595959"/>
      </w:rPr>
      <w:tab/>
      <w:t xml:space="preserve">pagina </w:t>
    </w:r>
    <w:r>
      <w:rPr>
        <w:color w:val="595959"/>
      </w:rPr>
      <w:fldChar w:fldCharType="begin"/>
    </w:r>
    <w:r>
      <w:rPr>
        <w:color w:val="595959"/>
      </w:rPr>
      <w:instrText xml:space="preserve"> PAGE </w:instrText>
    </w:r>
    <w:r>
      <w:rPr>
        <w:color w:val="595959"/>
      </w:rPr>
      <w:fldChar w:fldCharType="separate"/>
    </w:r>
    <w:r w:rsidR="00343BBA">
      <w:rPr>
        <w:noProof/>
        <w:color w:val="595959"/>
      </w:rPr>
      <w:t>1</w:t>
    </w:r>
    <w:r>
      <w:rPr>
        <w:color w:val="595959"/>
      </w:rPr>
      <w:fldChar w:fldCharType="end"/>
    </w:r>
    <w:r>
      <w:rPr>
        <w:color w:val="595959"/>
      </w:rPr>
      <w:t xml:space="preserve"> din </w:t>
    </w:r>
    <w:r>
      <w:rPr>
        <w:color w:val="595959"/>
      </w:rPr>
      <w:fldChar w:fldCharType="begin"/>
    </w:r>
    <w:r>
      <w:rPr>
        <w:color w:val="595959"/>
      </w:rPr>
      <w:instrText xml:space="preserve"> NUMPAGES </w:instrText>
    </w:r>
    <w:r>
      <w:rPr>
        <w:color w:val="595959"/>
      </w:rPr>
      <w:fldChar w:fldCharType="separate"/>
    </w:r>
    <w:r w:rsidR="00343BBA">
      <w:rPr>
        <w:noProof/>
        <w:color w:val="595959"/>
      </w:rPr>
      <w:t>1</w:t>
    </w:r>
    <w:r>
      <w:rPr>
        <w:color w:val="595959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A3BC00" w14:textId="77777777" w:rsidR="001F5953" w:rsidRDefault="001F5953">
      <w:r>
        <w:separator/>
      </w:r>
    </w:p>
  </w:footnote>
  <w:footnote w:type="continuationSeparator" w:id="0">
    <w:p w14:paraId="78F06E3F" w14:textId="77777777" w:rsidR="001F5953" w:rsidRDefault="001F595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396464934">
    <w:abstractNumId w:val="8"/>
  </w:num>
  <w:num w:numId="2" w16cid:durableId="120267155">
    <w:abstractNumId w:val="6"/>
  </w:num>
  <w:num w:numId="3" w16cid:durableId="1421946025">
    <w:abstractNumId w:val="5"/>
  </w:num>
  <w:num w:numId="4" w16cid:durableId="75251532">
    <w:abstractNumId w:val="4"/>
  </w:num>
  <w:num w:numId="5" w16cid:durableId="742339271">
    <w:abstractNumId w:val="7"/>
  </w:num>
  <w:num w:numId="6" w16cid:durableId="488985948">
    <w:abstractNumId w:val="3"/>
  </w:num>
  <w:num w:numId="7" w16cid:durableId="904994438">
    <w:abstractNumId w:val="2"/>
  </w:num>
  <w:num w:numId="8" w16cid:durableId="372006337">
    <w:abstractNumId w:val="1"/>
  </w:num>
  <w:num w:numId="9" w16cid:durableId="5821192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04412"/>
    <w:rsid w:val="00034616"/>
    <w:rsid w:val="0006063C"/>
    <w:rsid w:val="0015074B"/>
    <w:rsid w:val="001F5953"/>
    <w:rsid w:val="00200236"/>
    <w:rsid w:val="0029639D"/>
    <w:rsid w:val="00326F90"/>
    <w:rsid w:val="00343BBA"/>
    <w:rsid w:val="00377113"/>
    <w:rsid w:val="0061349F"/>
    <w:rsid w:val="006C103E"/>
    <w:rsid w:val="006F1856"/>
    <w:rsid w:val="00A51F85"/>
    <w:rsid w:val="00AA1D8D"/>
    <w:rsid w:val="00B47730"/>
    <w:rsid w:val="00B93EDD"/>
    <w:rsid w:val="00C35C5D"/>
    <w:rsid w:val="00CB0664"/>
    <w:rsid w:val="00CD60E9"/>
    <w:rsid w:val="00D24954"/>
    <w:rsid w:val="00FA774C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AD59A43"/>
  <w14:defaultImageDpi w14:val="300"/>
  <w15:docId w15:val="{5F3DEF22-94E4-44E9-A21D-CE78EE5645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0" w:line="240" w:lineRule="auto"/>
    </w:pPr>
    <w:rPr>
      <w:rFonts w:ascii="Times New Roman" w:hAnsi="Times New Roman"/>
      <w:sz w:val="15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241</Words>
  <Characters>1404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1642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>Baciu Silvia</cp:lastModifiedBy>
  <cp:revision>5</cp:revision>
  <dcterms:created xsi:type="dcterms:W3CDTF">2013-12-23T23:15:00Z</dcterms:created>
  <dcterms:modified xsi:type="dcterms:W3CDTF">2026-09-09T08:52:00Z</dcterms:modified>
  <cp:category/>
</cp:coreProperties>
</file>