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7FC5BF6" w14:textId="344FFD20" w:rsidR="00E25052" w:rsidRDefault="00025631">
            <w:pPr>
              <w:keepNext/>
              <w:jc w:val="center"/>
              <w:rPr>
                <w:i/>
                <w:color w:val="595959"/>
              </w:rPr>
            </w:pPr>
            <w:r>
              <w:rPr>
                <w:i/>
                <w:noProof/>
                <w:color w:val="595959"/>
              </w:rPr>
              <w:drawing>
                <wp:inline distT="0" distB="0" distL="0" distR="0" wp14:anchorId="7BAE8984" wp14:editId="53558B32">
                  <wp:extent cx="882650" cy="1403985"/>
                  <wp:effectExtent l="0" t="0" r="0" b="5715"/>
                  <wp:docPr id="2260192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6019289" name="Picture 2260192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40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BE93D8A" w14:textId="558F41BA" w:rsidR="00F801F2" w:rsidRDefault="00F801F2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5D7C8A68" w14:textId="77777777" w:rsidR="00025631" w:rsidRPr="00032D94" w:rsidRDefault="00E84671">
            <w:pPr>
              <w:keepNext/>
              <w:rPr>
                <w:sz w:val="11"/>
                <w:szCs w:val="18"/>
              </w:rPr>
            </w:pPr>
            <w:r>
              <w:rPr>
                <w:b/>
                <w:color w:val="0D5F78"/>
              </w:rPr>
              <w:t>Județul</w:t>
            </w:r>
            <w:r w:rsidR="00025631">
              <w:rPr>
                <w:b/>
                <w:color w:val="0D5F78"/>
              </w:rPr>
              <w:t xml:space="preserve">   </w:t>
            </w:r>
            <w:r w:rsidR="00025631">
              <w:t xml:space="preserve">  </w:t>
            </w:r>
          </w:p>
          <w:p w14:paraId="1F74738E" w14:textId="5A19CBBD" w:rsidR="00E25052" w:rsidRPr="00025631" w:rsidRDefault="00025631">
            <w:pPr>
              <w:keepNext/>
              <w:rPr>
                <w:rFonts w:asciiTheme="majorHAnsi" w:hAnsiTheme="majorHAnsi" w:cstheme="majorHAnsi"/>
              </w:rPr>
            </w:pPr>
            <w:r>
              <w:t xml:space="preserve">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</w:rPr>
              <w:t>ALBA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378994F2" w:rsidR="00E25052" w:rsidRPr="00025631" w:rsidRDefault="00025631">
            <w:pPr>
              <w:keepNext/>
              <w:rPr>
                <w:rFonts w:asciiTheme="majorHAnsi" w:hAnsiTheme="majorHAnsi" w:cstheme="majorHAnsi"/>
                <w:b/>
                <w:bCs/>
                <w:lang w:val="ro-RO"/>
              </w:rPr>
            </w:pPr>
            <w:r w:rsidRPr="00025631">
              <w:rPr>
                <w:rFonts w:asciiTheme="majorHAnsi" w:hAnsiTheme="majorHAnsi" w:cstheme="majorHAnsi"/>
                <w:sz w:val="20"/>
                <w:szCs w:val="32"/>
              </w:rPr>
              <w:t xml:space="preserve">                                        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PRIMĂRIA MUNICIPIULUI ALBA IULIA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E8467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Cod de identificare fiscală (CIF)</w:t>
            </w:r>
          </w:p>
          <w:p w14:paraId="2ECEACE6" w14:textId="3BB1D48E" w:rsidR="00025631" w:rsidRPr="00025631" w:rsidRDefault="00025631">
            <w:pPr>
              <w:keepNext/>
              <w:rPr>
                <w:rFonts w:asciiTheme="majorHAnsi" w:hAnsiTheme="majorHAnsi" w:cstheme="majorHAnsi"/>
                <w:b/>
                <w:bCs/>
                <w:lang w:val="fr-FR"/>
              </w:rPr>
            </w:pPr>
            <w:r>
              <w:rPr>
                <w:lang w:val="fr-FR"/>
              </w:rPr>
              <w:t xml:space="preserve">         </w:t>
            </w:r>
            <w:r w:rsidRPr="00025631"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456292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40"/>
                <w:lang w:val="fr-FR"/>
              </w:rPr>
              <w:t>3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4C7C4697" w:rsidR="00E25052" w:rsidRPr="00025631" w:rsidRDefault="00E84671">
            <w:pPr>
              <w:keepNext/>
              <w:rPr>
                <w:rFonts w:asciiTheme="majorHAnsi" w:hAnsiTheme="majorHAnsi" w:cstheme="majorHAnsi"/>
                <w:bCs/>
                <w:sz w:val="16"/>
                <w:szCs w:val="24"/>
              </w:rPr>
            </w:pPr>
            <w:r>
              <w:rPr>
                <w:b/>
                <w:color w:val="0D5F78"/>
              </w:rPr>
              <w:t>Adresa oficială</w:t>
            </w:r>
            <w:r w:rsidR="00025631">
              <w:rPr>
                <w:b/>
                <w:color w:val="0D5F78"/>
              </w:rPr>
              <w:t xml:space="preserve">           </w:t>
            </w:r>
            <w:r w:rsidR="00032D94">
              <w:rPr>
                <w:b/>
                <w:color w:val="0D5F78"/>
              </w:rPr>
              <w:t xml:space="preserve">     </w:t>
            </w:r>
            <w:r w:rsidR="00025631"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 xml:space="preserve">Calea Moților, Nr. 5A </w:t>
            </w:r>
            <w:r w:rsidR="00025631" w:rsidRPr="00025631">
              <w:rPr>
                <w:rFonts w:asciiTheme="majorHAnsi" w:hAnsiTheme="majorHAnsi" w:cstheme="majorHAnsi"/>
                <w:bCs/>
                <w:i/>
                <w:sz w:val="18"/>
                <w:szCs w:val="28"/>
              </w:rPr>
              <w:t xml:space="preserve">· </w:t>
            </w:r>
            <w:r w:rsidR="00025631" w:rsidRPr="00025631">
              <w:rPr>
                <w:rFonts w:asciiTheme="majorHAnsi" w:hAnsiTheme="majorHAnsi" w:cstheme="majorHAnsi"/>
                <w:bCs/>
                <w:sz w:val="18"/>
                <w:szCs w:val="28"/>
              </w:rPr>
              <w:t>510134 Alba Iulia</w:t>
            </w:r>
          </w:p>
          <w:p w14:paraId="2B62640E" w14:textId="249368E9" w:rsidR="00E25052" w:rsidRDefault="00E84671">
            <w:pPr>
              <w:keepNext/>
            </w:pPr>
            <w:r>
              <w:rPr>
                <w:i/>
                <w:color w:val="7A7A7A"/>
              </w:rPr>
              <w:t>sediul · telefon · e-mail</w:t>
            </w:r>
            <w:r w:rsidR="00025631">
              <w:rPr>
                <w:i/>
                <w:color w:val="7A7A7A"/>
              </w:rPr>
              <w:t xml:space="preserve">       </w:t>
            </w:r>
          </w:p>
          <w:p w14:paraId="78A52A4D" w14:textId="449B9718" w:rsidR="00E25052" w:rsidRPr="00025631" w:rsidRDefault="00025631">
            <w:pPr>
              <w:keepNext/>
              <w:rPr>
                <w:rFonts w:asciiTheme="majorHAnsi" w:hAnsiTheme="majorHAnsi" w:cstheme="majorHAnsi"/>
              </w:rPr>
            </w:pP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                                   </w:t>
            </w:r>
            <w:r w:rsidR="00032D94">
              <w:rPr>
                <w:rFonts w:asciiTheme="majorHAnsi" w:hAnsiTheme="majorHAnsi" w:cstheme="majorHAnsi"/>
                <w:sz w:val="18"/>
                <w:szCs w:val="28"/>
              </w:rPr>
              <w:t xml:space="preserve">    </w:t>
            </w:r>
            <w:r w:rsidRPr="00025631">
              <w:rPr>
                <w:rFonts w:asciiTheme="majorHAnsi" w:hAnsiTheme="majorHAnsi" w:cstheme="majorHAnsi"/>
                <w:sz w:val="18"/>
                <w:szCs w:val="28"/>
              </w:rPr>
              <w:t xml:space="preserve">tel. 0258 819462 </w:t>
            </w:r>
            <w:r w:rsidRPr="00025631">
              <w:rPr>
                <w:rFonts w:asciiTheme="majorHAnsi" w:hAnsiTheme="majorHAnsi" w:cstheme="majorHAnsi"/>
                <w:iCs/>
                <w:sz w:val="18"/>
                <w:szCs w:val="28"/>
              </w:rPr>
              <w:t>· office@apulum.ro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E84671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E84671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E84671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E8467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Instituția</w:t>
            </w:r>
          </w:p>
          <w:p w14:paraId="5B3D1BF3" w14:textId="101E1B90" w:rsidR="00E25052" w:rsidRPr="00F801F2" w:rsidRDefault="009B2FD8">
            <w:pPr>
              <w:keepNext/>
              <w:rPr>
                <w:lang w:val="fr-FR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           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PRIM</w:t>
            </w:r>
            <w:r w:rsidR="00E8467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>ARUL</w:t>
            </w:r>
            <w:r w:rsidRPr="00025631">
              <w:rPr>
                <w:rFonts w:asciiTheme="majorHAnsi" w:hAnsiTheme="majorHAnsi" w:cstheme="majorHAnsi"/>
                <w:b/>
                <w:bCs/>
                <w:sz w:val="22"/>
                <w:szCs w:val="36"/>
                <w:lang w:val="ro-RO"/>
              </w:rPr>
              <w:t xml:space="preserve"> MUNICIPIULUI ALBA IULIA</w:t>
            </w:r>
            <w:r w:rsidRPr="00F801F2">
              <w:rPr>
                <w:lang w:val="fr-FR"/>
              </w:rPr>
              <w:t xml:space="preserve"> </w:t>
            </w: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E84671">
            <w:pPr>
              <w:spacing w:line="228" w:lineRule="auto"/>
              <w:rPr>
                <w:lang w:val="fr-FR"/>
              </w:rPr>
            </w:pPr>
            <w:r w:rsidRPr="00F801F2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E84671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E84671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E84671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E84671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E84671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E84671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E84671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E84671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E84671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E84671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E84671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E84671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E84671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>Număr cadastral</w:t>
            </w:r>
          </w:p>
          <w:p w14:paraId="4088464C" w14:textId="77777777" w:rsidR="00E25052" w:rsidRPr="00F801F2" w:rsidRDefault="00E84671">
            <w:pPr>
              <w:keepNext/>
              <w:rPr>
                <w:lang w:val="fr-FR"/>
              </w:rPr>
            </w:pPr>
            <w:r w:rsidRPr="00F801F2">
              <w:rPr>
                <w:i/>
                <w:color w:val="7A7A7A"/>
                <w:lang w:val="fr-FR"/>
              </w:rPr>
              <w:t>dacă imobilul e înscris în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E84671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E84671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funciară actualizat, anexat     </w:t>
            </w:r>
          </w:p>
          <w:p w14:paraId="4D8DB8B6" w14:textId="6B074625" w:rsidR="00E25052" w:rsidRPr="00F8517F" w:rsidRDefault="00E84671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încadrare în zonă în sistem Stereo 70, anexat</w:t>
            </w:r>
            <w:r w:rsidR="00F8517F" w:rsidRPr="00F8517F">
              <w:rPr>
                <w:sz w:val="16"/>
                <w:lang w:val="fr-FR"/>
              </w:rPr>
              <w:t xml:space="preserve"> eliberat, la cerere, de către Agenția Națională de Cadastru și Publicitate Imobiliară</w:t>
            </w:r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E84671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E84671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în format scris, prin poștă     ☐ în format digital, la adresa</w:t>
            </w:r>
            <w:r w:rsidRPr="00F801F2">
              <w:rPr>
                <w:sz w:val="16"/>
                <w:lang w:val="fr-FR"/>
              </w:rPr>
              <w:t xml:space="preserve"> de e-mail indicată     ☐ ridicare de la sediul autorității</w:t>
            </w:r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E84671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E84671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E84671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E84671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DDB4C" w14:textId="77777777" w:rsidR="00552816" w:rsidRDefault="00552816">
      <w:r>
        <w:separator/>
      </w:r>
    </w:p>
  </w:endnote>
  <w:endnote w:type="continuationSeparator" w:id="0">
    <w:p w14:paraId="695A9105" w14:textId="77777777" w:rsidR="00552816" w:rsidRDefault="00552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Footer"/>
      <w:tabs>
        <w:tab w:val="right" w:pos="9639"/>
      </w:tabs>
    </w:pPr>
    <w:r>
      <w:rPr>
        <w:color w:val="595959"/>
      </w:rPr>
      <w:t>F_CU_01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9A611" w14:textId="77777777" w:rsidR="00552816" w:rsidRDefault="00552816">
      <w:r>
        <w:separator/>
      </w:r>
    </w:p>
  </w:footnote>
  <w:footnote w:type="continuationSeparator" w:id="0">
    <w:p w14:paraId="5B7DA2D8" w14:textId="77777777" w:rsidR="00552816" w:rsidRDefault="00552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Header"/>
      <w:rPr>
        <w:b/>
        <w:bCs/>
        <w:i/>
        <w:iCs/>
        <w:color w:val="595959"/>
        <w:sz w:val="24"/>
        <w:szCs w:val="24"/>
        <w:u w:val="single"/>
      </w:rPr>
    </w:pPr>
    <w:r w:rsidRPr="00F8517F">
      <w:rPr>
        <w:b/>
        <w:bCs/>
        <w:i/>
        <w:iCs/>
        <w:color w:val="595959"/>
        <w:sz w:val="24"/>
        <w:szCs w:val="24"/>
        <w:u w:val="single"/>
      </w:rPr>
      <w:t xml:space="preserve">Anexa nr.1  </w:t>
    </w:r>
  </w:p>
  <w:p w14:paraId="30A11B91" w14:textId="654108AB" w:rsidR="00F8517F" w:rsidRPr="00F8517F" w:rsidRDefault="00F8517F" w:rsidP="00F8517F">
    <w:pPr>
      <w:pStyle w:val="Header"/>
      <w:rPr>
        <w:b/>
        <w:bCs/>
        <w:color w:val="595959"/>
      </w:rPr>
    </w:pPr>
    <w:r>
      <w:rPr>
        <w:color w:val="595959"/>
      </w:rPr>
      <w:t>F_CU_01 · versiunea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631"/>
    <w:rsid w:val="00032D94"/>
    <w:rsid w:val="00034616"/>
    <w:rsid w:val="0006063C"/>
    <w:rsid w:val="000F55B4"/>
    <w:rsid w:val="00103A1C"/>
    <w:rsid w:val="0015074B"/>
    <w:rsid w:val="0021562A"/>
    <w:rsid w:val="0029639D"/>
    <w:rsid w:val="00326F90"/>
    <w:rsid w:val="00552816"/>
    <w:rsid w:val="006C103E"/>
    <w:rsid w:val="00763A7C"/>
    <w:rsid w:val="00861954"/>
    <w:rsid w:val="009B2FD8"/>
    <w:rsid w:val="009B5021"/>
    <w:rsid w:val="00A51F85"/>
    <w:rsid w:val="00AA1D8D"/>
    <w:rsid w:val="00B16250"/>
    <w:rsid w:val="00B47730"/>
    <w:rsid w:val="00C35C5D"/>
    <w:rsid w:val="00C62D78"/>
    <w:rsid w:val="00CB0664"/>
    <w:rsid w:val="00E25052"/>
    <w:rsid w:val="00E61A6B"/>
    <w:rsid w:val="00E84671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277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Baciu Silvia</cp:lastModifiedBy>
  <cp:revision>6</cp:revision>
  <dcterms:created xsi:type="dcterms:W3CDTF">2013-12-23T23:15:00Z</dcterms:created>
  <dcterms:modified xsi:type="dcterms:W3CDTF">2026-09-09T08:52:00Z</dcterms:modified>
  <cp:category/>
</cp:coreProperties>
</file>