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916FA" w14:paraId="6657024B" w14:textId="77777777" w:rsidTr="00D82754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301F634" w14:textId="77777777" w:rsidR="007916FA" w:rsidRDefault="007916FA" w:rsidP="00D82754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noProof/>
                <w:color w:val="595959"/>
              </w:rPr>
              <w:drawing>
                <wp:inline distT="0" distB="0" distL="0" distR="0" wp14:anchorId="0313F2B7" wp14:editId="2F53011E">
                  <wp:extent cx="882650" cy="1403985"/>
                  <wp:effectExtent l="0" t="0" r="0" b="5715"/>
                  <wp:docPr id="2260192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019289" name="Picture 2260192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4F171D" w14:textId="77777777" w:rsidR="007916FA" w:rsidRDefault="007916FA" w:rsidP="00D82754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4E366E81" w14:textId="77777777" w:rsidR="007916FA" w:rsidRPr="00032D94" w:rsidRDefault="007916FA" w:rsidP="00D82754">
            <w:pPr>
              <w:keepNext/>
              <w:rPr>
                <w:sz w:val="11"/>
                <w:szCs w:val="18"/>
              </w:rPr>
            </w:pPr>
            <w:r>
              <w:rPr>
                <w:b/>
                <w:color w:val="0D5F78"/>
              </w:rPr>
              <w:t xml:space="preserve">Județul   </w:t>
            </w:r>
            <w:r>
              <w:t xml:space="preserve">  </w:t>
            </w:r>
          </w:p>
          <w:p w14:paraId="193A22D5" w14:textId="77777777" w:rsidR="007916FA" w:rsidRPr="00025631" w:rsidRDefault="007916FA" w:rsidP="00D82754">
            <w:pPr>
              <w:keepNext/>
              <w:rPr>
                <w:rFonts w:asciiTheme="majorHAnsi" w:hAnsiTheme="majorHAnsi" w:cstheme="majorHAnsi"/>
              </w:rPr>
            </w:pPr>
            <w:r>
              <w:t xml:space="preserve">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</w:rPr>
              <w:t>ALBA</w:t>
            </w:r>
          </w:p>
        </w:tc>
      </w:tr>
      <w:tr w:rsidR="007916FA" w14:paraId="7F7F96FB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32FFEAF0" w14:textId="77777777" w:rsidR="007916FA" w:rsidRDefault="007916FA" w:rsidP="00D82754"/>
        </w:tc>
        <w:tc>
          <w:tcPr>
            <w:tcW w:w="8030" w:type="dxa"/>
            <w:gridSpan w:val="3"/>
            <w:shd w:val="clear" w:color="auto" w:fill="F0F0F0"/>
          </w:tcPr>
          <w:p w14:paraId="1EE4BE0D" w14:textId="77777777" w:rsidR="007916FA" w:rsidRDefault="007916FA" w:rsidP="00D82754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485BA96D" w14:textId="77777777" w:rsidR="007916FA" w:rsidRPr="00025631" w:rsidRDefault="007916FA" w:rsidP="00D82754">
            <w:pPr>
              <w:keepNext/>
              <w:rPr>
                <w:rFonts w:asciiTheme="majorHAnsi" w:hAnsiTheme="majorHAnsi" w:cstheme="majorHAnsi"/>
                <w:b/>
                <w:bCs/>
                <w:lang w:val="ro-RO"/>
              </w:rPr>
            </w:pPr>
            <w:r w:rsidRPr="00025631">
              <w:rPr>
                <w:rFonts w:asciiTheme="majorHAnsi" w:hAnsiTheme="majorHAnsi" w:cstheme="majorHAnsi"/>
                <w:sz w:val="20"/>
                <w:szCs w:val="32"/>
              </w:rPr>
              <w:t xml:space="preserve">                                 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PRIMĂRIA MUNICIPIULUI ALBA IULIA</w:t>
            </w:r>
          </w:p>
        </w:tc>
      </w:tr>
      <w:tr w:rsidR="007916FA" w14:paraId="4E4AE1FA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5CD019F6" w14:textId="77777777" w:rsidR="007916FA" w:rsidRDefault="007916FA" w:rsidP="00D82754"/>
        </w:tc>
        <w:tc>
          <w:tcPr>
            <w:tcW w:w="2409" w:type="dxa"/>
            <w:shd w:val="clear" w:color="auto" w:fill="F0F0F0"/>
          </w:tcPr>
          <w:p w14:paraId="3680D918" w14:textId="77777777" w:rsidR="007916FA" w:rsidRPr="00F801F2" w:rsidRDefault="007916FA" w:rsidP="00D82754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14:paraId="081548AF" w14:textId="77777777" w:rsidR="007916FA" w:rsidRPr="00025631" w:rsidRDefault="007916FA" w:rsidP="00D82754">
            <w:pPr>
              <w:keepNext/>
              <w:rPr>
                <w:rFonts w:asciiTheme="majorHAnsi" w:hAnsiTheme="majorHAnsi" w:cstheme="majorHAnsi"/>
                <w:b/>
                <w:bCs/>
                <w:lang w:val="fr-FR"/>
              </w:rPr>
            </w:pPr>
            <w:r>
              <w:rPr>
                <w:lang w:val="fr-FR"/>
              </w:rPr>
              <w:t xml:space="preserve">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456292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39228AF" w14:textId="77777777" w:rsidR="007916FA" w:rsidRPr="00025631" w:rsidRDefault="007916FA" w:rsidP="00D82754">
            <w:pPr>
              <w:keepNext/>
              <w:rPr>
                <w:rFonts w:asciiTheme="majorHAnsi" w:hAnsiTheme="majorHAnsi" w:cstheme="majorHAnsi"/>
                <w:bCs/>
                <w:sz w:val="16"/>
                <w:szCs w:val="24"/>
              </w:rPr>
            </w:pPr>
            <w:r>
              <w:rPr>
                <w:b/>
                <w:color w:val="0D5F78"/>
              </w:rPr>
              <w:t xml:space="preserve">Adresa oficială                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 xml:space="preserve">Calea Moților, Nr. 5A </w:t>
            </w:r>
            <w:r w:rsidRPr="00025631">
              <w:rPr>
                <w:rFonts w:asciiTheme="majorHAnsi" w:hAnsiTheme="majorHAnsi" w:cstheme="majorHAnsi"/>
                <w:bCs/>
                <w:i/>
                <w:sz w:val="18"/>
                <w:szCs w:val="28"/>
              </w:rPr>
              <w:t xml:space="preserve">· 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>510134 Alba Iulia</w:t>
            </w:r>
          </w:p>
          <w:p w14:paraId="092F8384" w14:textId="77777777" w:rsidR="007916FA" w:rsidRDefault="007916FA" w:rsidP="00D82754">
            <w:pPr>
              <w:keepNext/>
            </w:pPr>
            <w:r>
              <w:rPr>
                <w:i/>
                <w:color w:val="7A7A7A"/>
              </w:rPr>
              <w:t xml:space="preserve">sediul · telefon · e-mail       </w:t>
            </w:r>
          </w:p>
          <w:p w14:paraId="7ED50C6E" w14:textId="77777777" w:rsidR="007916FA" w:rsidRPr="00025631" w:rsidRDefault="007916FA" w:rsidP="00D82754">
            <w:pPr>
              <w:keepNext/>
              <w:rPr>
                <w:rFonts w:asciiTheme="majorHAnsi" w:hAnsiTheme="majorHAnsi" w:cstheme="majorHAnsi"/>
              </w:rPr>
            </w:pP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                                   </w:t>
            </w:r>
            <w:r>
              <w:rPr>
                <w:rFonts w:asciiTheme="majorHAnsi" w:hAnsiTheme="majorHAnsi" w:cstheme="majorHAnsi"/>
                <w:sz w:val="18"/>
                <w:szCs w:val="28"/>
              </w:rPr>
              <w:t xml:space="preserve">    </w:t>
            </w: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tel. 0258 819462 </w:t>
            </w:r>
            <w:r w:rsidRPr="00025631">
              <w:rPr>
                <w:rFonts w:asciiTheme="majorHAnsi" w:hAnsiTheme="majorHAnsi" w:cstheme="majorHAnsi"/>
                <w:iCs/>
                <w:sz w:val="18"/>
                <w:szCs w:val="28"/>
              </w:rPr>
              <w:t>· office@apulum.ro</w:t>
            </w:r>
          </w:p>
        </w:tc>
      </w:tr>
      <w:tr w:rsidR="007916FA" w14:paraId="73011E64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29CC2424" w14:textId="77777777" w:rsidR="007916FA" w:rsidRDefault="007916FA" w:rsidP="00D82754"/>
        </w:tc>
        <w:tc>
          <w:tcPr>
            <w:tcW w:w="4818" w:type="dxa"/>
            <w:gridSpan w:val="2"/>
            <w:shd w:val="clear" w:color="auto" w:fill="F0F0F0"/>
          </w:tcPr>
          <w:p w14:paraId="17933745" w14:textId="77777777" w:rsidR="007916FA" w:rsidRDefault="007916FA" w:rsidP="00D82754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05BC22C5" w14:textId="77777777" w:rsidR="007916FA" w:rsidRDefault="007916FA" w:rsidP="00D8275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1D8E84BC" w14:textId="77777777" w:rsidR="007916FA" w:rsidRDefault="007916FA" w:rsidP="00D82754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7F86D75E" w14:textId="77777777" w:rsidR="007916FA" w:rsidRDefault="007916FA" w:rsidP="00D82754">
            <w:pPr>
              <w:keepNext/>
            </w:pPr>
          </w:p>
        </w:tc>
      </w:tr>
      <w:tr w:rsidR="007916FA" w:rsidRPr="0021562A" w14:paraId="1BC8D805" w14:textId="77777777" w:rsidTr="00D82754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0CF7DC3D" w14:textId="77777777" w:rsidR="007916FA" w:rsidRPr="00F801F2" w:rsidRDefault="007916FA" w:rsidP="00D82754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146F8102" w14:textId="77777777" w:rsidR="00486273" w:rsidRPr="009D75CC" w:rsidRDefault="00486273">
      <w:pPr>
        <w:spacing w:line="168" w:lineRule="auto"/>
        <w:rPr>
          <w:lang w:val="fr-FR"/>
        </w:rPr>
      </w:pPr>
    </w:p>
    <w:p w14:paraId="14B4EB5E" w14:textId="77777777" w:rsidR="00486273" w:rsidRDefault="00356117">
      <w:pPr>
        <w:spacing w:before="140" w:after="40"/>
        <w:jc w:val="center"/>
      </w:pPr>
      <w:r>
        <w:rPr>
          <w:b/>
          <w:sz w:val="34"/>
        </w:rPr>
        <w:t>CERERE</w:t>
      </w:r>
    </w:p>
    <w:p w14:paraId="7BB62D1E" w14:textId="77777777" w:rsidR="00486273" w:rsidRDefault="00356117">
      <w:pPr>
        <w:spacing w:after="120"/>
        <w:jc w:val="center"/>
      </w:pPr>
      <w:r>
        <w:rPr>
          <w:sz w:val="19"/>
        </w:rPr>
        <w:t>pentru emiterea avizului primarului</w:t>
      </w:r>
    </w:p>
    <w:p w14:paraId="16EDCC0A" w14:textId="77777777" w:rsidR="00486273" w:rsidRDefault="0048627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524192A2" w14:textId="77777777">
        <w:trPr>
          <w:cantSplit/>
        </w:trPr>
        <w:tc>
          <w:tcPr>
            <w:tcW w:w="9636" w:type="dxa"/>
            <w:shd w:val="clear" w:color="auto" w:fill="F4F4F4"/>
          </w:tcPr>
          <w:p w14:paraId="3BB96417" w14:textId="77777777" w:rsidR="00486273" w:rsidRDefault="0035611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486273" w:rsidRPr="00191E62" w14:paraId="4EE3EFBB" w14:textId="77777777">
        <w:trPr>
          <w:cantSplit/>
          <w:trHeight w:val="510"/>
        </w:trPr>
        <w:tc>
          <w:tcPr>
            <w:tcW w:w="9636" w:type="dxa"/>
          </w:tcPr>
          <w:p w14:paraId="38A3273F" w14:textId="77777777" w:rsidR="00486273" w:rsidRPr="009D75CC" w:rsidRDefault="00356117">
            <w:pPr>
              <w:keepNext/>
              <w:rPr>
                <w:lang w:val="fr-FR"/>
              </w:rPr>
            </w:pPr>
            <w:r w:rsidRPr="009D75CC">
              <w:rPr>
                <w:b/>
                <w:color w:val="0D5F78"/>
                <w:lang w:val="fr-FR"/>
              </w:rPr>
              <w:t>Instituția</w:t>
            </w:r>
          </w:p>
          <w:p w14:paraId="42DDB7E0" w14:textId="5FEC18A4" w:rsidR="00486273" w:rsidRPr="009D75CC" w:rsidRDefault="005036E2">
            <w:pPr>
              <w:keepNext/>
              <w:rPr>
                <w:lang w:val="fr-FR"/>
              </w:rPr>
            </w:pP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PRIM</w:t>
            </w:r>
            <w:r w:rsidR="00356117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ARUL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 xml:space="preserve"> MUNICIPIULUI ALBA IULIA</w:t>
            </w:r>
            <w:r w:rsidRPr="009D75CC">
              <w:rPr>
                <w:lang w:val="fr-FR"/>
              </w:rPr>
              <w:t xml:space="preserve"> </w:t>
            </w:r>
          </w:p>
        </w:tc>
      </w:tr>
      <w:tr w:rsidR="00486273" w:rsidRPr="00191E62" w14:paraId="12B2712D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0AD3B" w14:textId="051FEAE5" w:rsidR="00486273" w:rsidRPr="009D75CC" w:rsidRDefault="00356117">
            <w:pPr>
              <w:spacing w:line="228" w:lineRule="auto"/>
              <w:rPr>
                <w:lang w:val="fr-FR"/>
              </w:rPr>
            </w:pPr>
            <w:r w:rsidRPr="009D75CC">
              <w:rPr>
                <w:lang w:val="fr-FR"/>
              </w:rPr>
              <w:t>Cererea va fi transmisă către</w:t>
            </w:r>
            <w:r w:rsidR="00191E62">
              <w:rPr>
                <w:lang w:val="fr-FR"/>
              </w:rPr>
              <w:t xml:space="preserve"> </w:t>
            </w:r>
            <w:r w:rsidRPr="009D75CC">
              <w:rPr>
                <w:lang w:val="fr-FR"/>
              </w:rPr>
              <w:t>primarul general, primarul de sector sau primarul municipiului / orașului / comunei, după caz.</w:t>
            </w:r>
          </w:p>
        </w:tc>
      </w:tr>
    </w:tbl>
    <w:p w14:paraId="62AC7C6D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486273" w14:paraId="1E85AB0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2E3A77" w14:textId="77777777" w:rsidR="00486273" w:rsidRDefault="00356117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 — INSTITUȚIA ARHITECTULUI-ȘEF</w:t>
            </w:r>
          </w:p>
        </w:tc>
      </w:tr>
      <w:tr w:rsidR="00486273" w14:paraId="7FC4142C" w14:textId="77777777">
        <w:trPr>
          <w:cantSplit/>
          <w:trHeight w:val="510"/>
        </w:trPr>
        <w:tc>
          <w:tcPr>
            <w:tcW w:w="4015" w:type="dxa"/>
          </w:tcPr>
          <w:p w14:paraId="08FF873D" w14:textId="77777777" w:rsidR="00486273" w:rsidRDefault="00356117">
            <w:r>
              <w:rPr>
                <w:b/>
                <w:color w:val="0D5F78"/>
              </w:rPr>
              <w:t>A județului / municipiului București</w:t>
            </w:r>
          </w:p>
          <w:p w14:paraId="4DF3D227" w14:textId="53F6F642" w:rsidR="005036E2" w:rsidRPr="005036E2" w:rsidRDefault="005036E2">
            <w:pPr>
              <w:rPr>
                <w:rFonts w:asciiTheme="majorHAnsi" w:hAnsiTheme="majorHAnsi" w:cstheme="majorHAnsi"/>
                <w:b/>
                <w:bCs/>
              </w:rPr>
            </w:pPr>
            <w:r w:rsidRPr="005036E2">
              <w:rPr>
                <w:rFonts w:asciiTheme="majorHAnsi" w:hAnsiTheme="majorHAnsi" w:cstheme="majorHAnsi"/>
                <w:b/>
                <w:bCs/>
                <w:sz w:val="20"/>
                <w:szCs w:val="32"/>
              </w:rPr>
              <w:t xml:space="preserve">                  ALBA</w:t>
            </w:r>
          </w:p>
        </w:tc>
        <w:tc>
          <w:tcPr>
            <w:tcW w:w="5621" w:type="dxa"/>
          </w:tcPr>
          <w:p w14:paraId="1DD1F557" w14:textId="77777777" w:rsidR="00486273" w:rsidRDefault="00356117">
            <w:r>
              <w:rPr>
                <w:b/>
                <w:color w:val="0D5F78"/>
              </w:rPr>
              <w:t>Reprezentată prin arhitect-șef</w:t>
            </w:r>
          </w:p>
          <w:p w14:paraId="1ABDD5E9" w14:textId="77777777" w:rsidR="00486273" w:rsidRDefault="00486273"/>
        </w:tc>
      </w:tr>
    </w:tbl>
    <w:p w14:paraId="2046D598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4DA5580E" w14:textId="77777777">
        <w:trPr>
          <w:cantSplit/>
        </w:trPr>
        <w:tc>
          <w:tcPr>
            <w:tcW w:w="9636" w:type="dxa"/>
            <w:shd w:val="clear" w:color="auto" w:fill="F4F4F4"/>
          </w:tcPr>
          <w:p w14:paraId="587CFA90" w14:textId="77777777" w:rsidR="00486273" w:rsidRDefault="0035611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SITUAȚIA LEGALĂ APLICABILĂ DIN COD</w:t>
            </w:r>
          </w:p>
        </w:tc>
      </w:tr>
      <w:tr w:rsidR="00486273" w14:paraId="56C7A99E" w14:textId="77777777">
        <w:trPr>
          <w:cantSplit/>
        </w:trPr>
        <w:tc>
          <w:tcPr>
            <w:tcW w:w="9636" w:type="dxa"/>
          </w:tcPr>
          <w:p w14:paraId="5B2FE095" w14:textId="77777777" w:rsidR="00486273" w:rsidRDefault="0035611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486273" w14:paraId="03D9BE40" w14:textId="77777777">
        <w:trPr>
          <w:cantSplit/>
        </w:trPr>
        <w:tc>
          <w:tcPr>
            <w:tcW w:w="9636" w:type="dxa"/>
          </w:tcPr>
          <w:p w14:paraId="44C2E50B" w14:textId="77777777" w:rsidR="00486273" w:rsidRDefault="0035611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art. 69 alin. (3) — avizul prealabil, favorabil, al primarului, necesar în vederea aprobării de către președintele consiliului județean a avizului de inițiere pentru un PUZ al cărui teritoriu reglementat implică cel puțin două unități administrativ-teritoriale</w:t>
            </w:r>
          </w:p>
        </w:tc>
      </w:tr>
      <w:tr w:rsidR="00486273" w14:paraId="4C346D53" w14:textId="77777777">
        <w:trPr>
          <w:cantSplit/>
        </w:trPr>
        <w:tc>
          <w:tcPr>
            <w:tcW w:w="9636" w:type="dxa"/>
          </w:tcPr>
          <w:p w14:paraId="53645C44" w14:textId="77777777" w:rsidR="00486273" w:rsidRDefault="00356117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252F414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486273" w14:paraId="72B69B5F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136A5E76" w14:textId="77777777" w:rsidR="00486273" w:rsidRDefault="00356117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486273" w14:paraId="0553A233" w14:textId="77777777">
        <w:trPr>
          <w:cantSplit/>
        </w:trPr>
        <w:tc>
          <w:tcPr>
            <w:tcW w:w="9636" w:type="dxa"/>
            <w:gridSpan w:val="6"/>
          </w:tcPr>
          <w:p w14:paraId="627388CA" w14:textId="77777777" w:rsidR="00486273" w:rsidRDefault="00356117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486273" w14:paraId="62B0DFC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48238D2" w14:textId="77777777" w:rsidR="00486273" w:rsidRDefault="00356117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42CAB644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75BF30C8" w14:textId="77777777" w:rsidR="00486273" w:rsidRDefault="00356117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42BF5FF1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42D080FC" w14:textId="77777777" w:rsidR="00486273" w:rsidRDefault="00356117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3F1149E" w14:textId="77777777" w:rsidR="00486273" w:rsidRDefault="00486273">
            <w:pPr>
              <w:keepNext/>
            </w:pPr>
          </w:p>
        </w:tc>
      </w:tr>
      <w:tr w:rsidR="00486273" w14:paraId="76BDA3B8" w14:textId="77777777">
        <w:trPr>
          <w:cantSplit/>
          <w:trHeight w:val="510"/>
        </w:trPr>
        <w:tc>
          <w:tcPr>
            <w:tcW w:w="1606" w:type="dxa"/>
          </w:tcPr>
          <w:p w14:paraId="36855166" w14:textId="77777777" w:rsidR="00486273" w:rsidRDefault="0035611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3907ED0" w14:textId="77777777" w:rsidR="00486273" w:rsidRDefault="00486273">
            <w:pPr>
              <w:keepNext/>
            </w:pPr>
          </w:p>
        </w:tc>
        <w:tc>
          <w:tcPr>
            <w:tcW w:w="4818" w:type="dxa"/>
            <w:gridSpan w:val="3"/>
          </w:tcPr>
          <w:p w14:paraId="495DB359" w14:textId="77777777" w:rsidR="00486273" w:rsidRDefault="0035611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AB6499B" w14:textId="77777777" w:rsidR="00486273" w:rsidRDefault="00486273">
            <w:pPr>
              <w:keepNext/>
            </w:pPr>
          </w:p>
        </w:tc>
        <w:tc>
          <w:tcPr>
            <w:tcW w:w="803" w:type="dxa"/>
          </w:tcPr>
          <w:p w14:paraId="2E3284D8" w14:textId="77777777" w:rsidR="00486273" w:rsidRDefault="0035611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31F1B86" w14:textId="77777777" w:rsidR="00486273" w:rsidRDefault="00486273">
            <w:pPr>
              <w:keepNext/>
            </w:pPr>
          </w:p>
        </w:tc>
        <w:tc>
          <w:tcPr>
            <w:tcW w:w="2409" w:type="dxa"/>
          </w:tcPr>
          <w:p w14:paraId="3B6FC157" w14:textId="77777777" w:rsidR="00486273" w:rsidRDefault="00356117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9590264" w14:textId="77777777" w:rsidR="00486273" w:rsidRDefault="00486273">
            <w:pPr>
              <w:keepNext/>
            </w:pPr>
          </w:p>
        </w:tc>
      </w:tr>
      <w:tr w:rsidR="00486273" w14:paraId="769BABFF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43ED189" w14:textId="77777777" w:rsidR="00486273" w:rsidRPr="009D75CC" w:rsidRDefault="00356117">
            <w:pPr>
              <w:keepNext/>
              <w:rPr>
                <w:lang w:val="fr-FR"/>
              </w:rPr>
            </w:pPr>
            <w:r w:rsidRPr="009D75CC">
              <w:rPr>
                <w:b/>
                <w:color w:val="0D5F78"/>
                <w:lang w:val="fr-FR"/>
              </w:rPr>
              <w:t>Număr cadastral</w:t>
            </w:r>
          </w:p>
          <w:p w14:paraId="58F9732C" w14:textId="77777777" w:rsidR="00486273" w:rsidRPr="009D75CC" w:rsidRDefault="00356117">
            <w:pPr>
              <w:keepNext/>
              <w:rPr>
                <w:lang w:val="fr-FR"/>
              </w:rPr>
            </w:pPr>
            <w:r w:rsidRPr="009D75CC">
              <w:rPr>
                <w:i/>
                <w:color w:val="7A7A7A"/>
                <w:lang w:val="fr-FR"/>
              </w:rPr>
              <w:t>dacă imobilul e înscris în e-Terra</w:t>
            </w:r>
          </w:p>
          <w:p w14:paraId="74C4493B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93A4C01" w14:textId="77777777" w:rsidR="00486273" w:rsidRDefault="0035611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C8287AC" w14:textId="77777777" w:rsidR="00486273" w:rsidRDefault="00486273">
            <w:pPr>
              <w:keepNext/>
            </w:pPr>
          </w:p>
        </w:tc>
      </w:tr>
    </w:tbl>
    <w:p w14:paraId="7C2B1DEA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11992F49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78EAC" w14:textId="77777777" w:rsidR="00486273" w:rsidRDefault="00356117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ANEXEZ PREZENTEI</w:t>
            </w:r>
          </w:p>
        </w:tc>
      </w:tr>
      <w:tr w:rsidR="00486273" w:rsidRPr="00191E62" w14:paraId="6D4D9951" w14:textId="77777777">
        <w:trPr>
          <w:cantSplit/>
        </w:trPr>
        <w:tc>
          <w:tcPr>
            <w:tcW w:w="9636" w:type="dxa"/>
          </w:tcPr>
          <w:p w14:paraId="3CB7ABFB" w14:textId="77777777" w:rsidR="00486273" w:rsidRPr="009D75CC" w:rsidRDefault="00356117">
            <w:pPr>
              <w:rPr>
                <w:lang w:val="fr-FR"/>
              </w:rPr>
            </w:pPr>
            <w:r w:rsidRPr="009D75CC">
              <w:rPr>
                <w:sz w:val="16"/>
                <w:lang w:val="fr-FR"/>
              </w:rPr>
              <w:t>☐</w:t>
            </w:r>
            <w:r w:rsidRPr="009D75CC">
              <w:rPr>
                <w:sz w:val="16"/>
                <w:lang w:val="fr-FR"/>
              </w:rPr>
              <w:t xml:space="preserve"> copie după Certificatul de urbanism, împreună cu planurile-anexă</w:t>
            </w:r>
          </w:p>
        </w:tc>
      </w:tr>
    </w:tbl>
    <w:p w14:paraId="54FFB029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486273" w14:paraId="15FB626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15F8EC" w14:textId="77777777" w:rsidR="00486273" w:rsidRDefault="00356117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486273" w14:paraId="7EA22096" w14:textId="77777777">
        <w:trPr>
          <w:cantSplit/>
        </w:trPr>
        <w:tc>
          <w:tcPr>
            <w:tcW w:w="9636" w:type="dxa"/>
            <w:gridSpan w:val="3"/>
          </w:tcPr>
          <w:p w14:paraId="67FA0BC3" w14:textId="77777777" w:rsidR="00486273" w:rsidRDefault="00356117">
            <w:pPr>
              <w:keepNext/>
              <w:spacing w:line="228" w:lineRule="auto"/>
            </w:pPr>
            <w:r>
              <w:rPr>
                <w:i/>
                <w:sz w:val="17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486273" w14:paraId="17460149" w14:textId="77777777">
        <w:trPr>
          <w:cantSplit/>
          <w:trHeight w:val="510"/>
        </w:trPr>
        <w:tc>
          <w:tcPr>
            <w:tcW w:w="1606" w:type="dxa"/>
          </w:tcPr>
          <w:p w14:paraId="2CC91826" w14:textId="77777777" w:rsidR="00486273" w:rsidRDefault="00356117">
            <w:r>
              <w:rPr>
                <w:b/>
                <w:color w:val="0D5F78"/>
              </w:rPr>
              <w:t>Data</w:t>
            </w:r>
          </w:p>
          <w:p w14:paraId="39B034CF" w14:textId="77777777" w:rsidR="00486273" w:rsidRDefault="00486273"/>
        </w:tc>
        <w:tc>
          <w:tcPr>
            <w:tcW w:w="4818" w:type="dxa"/>
          </w:tcPr>
          <w:p w14:paraId="37E6BC38" w14:textId="77777777" w:rsidR="00486273" w:rsidRDefault="00356117">
            <w:r>
              <w:rPr>
                <w:b/>
                <w:color w:val="0D5F78"/>
              </w:rPr>
              <w:t>Arhitectul-șef</w:t>
            </w:r>
          </w:p>
          <w:p w14:paraId="29CF9413" w14:textId="77777777" w:rsidR="00486273" w:rsidRDefault="00486273"/>
        </w:tc>
        <w:tc>
          <w:tcPr>
            <w:tcW w:w="3212" w:type="dxa"/>
          </w:tcPr>
          <w:p w14:paraId="1B706DAD" w14:textId="77777777" w:rsidR="00486273" w:rsidRDefault="00356117">
            <w:r>
              <w:rPr>
                <w:b/>
                <w:color w:val="0D5F78"/>
              </w:rPr>
              <w:t>Semnătura</w:t>
            </w:r>
          </w:p>
          <w:p w14:paraId="432C5858" w14:textId="77777777" w:rsidR="00486273" w:rsidRDefault="00486273"/>
        </w:tc>
      </w:tr>
    </w:tbl>
    <w:p w14:paraId="73AC14C6" w14:textId="77777777" w:rsidR="00486273" w:rsidRDefault="00486273">
      <w:pPr>
        <w:spacing w:line="168" w:lineRule="auto"/>
      </w:pPr>
    </w:p>
    <w:sectPr w:rsidR="00486273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2C746" w14:textId="77777777" w:rsidR="00CC0AC7" w:rsidRDefault="00CC0AC7">
      <w:r>
        <w:separator/>
      </w:r>
    </w:p>
  </w:endnote>
  <w:endnote w:type="continuationSeparator" w:id="0">
    <w:p w14:paraId="6099B92B" w14:textId="77777777" w:rsidR="00CC0AC7" w:rsidRDefault="00CC0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4296C" w14:textId="66E96CD8" w:rsidR="00486273" w:rsidRDefault="00356117">
    <w:pPr>
      <w:pStyle w:val="Footer"/>
      <w:tabs>
        <w:tab w:val="right" w:pos="9639"/>
      </w:tabs>
    </w:pPr>
    <w:r>
      <w:rPr>
        <w:color w:val="595959"/>
      </w:rPr>
      <w:t>F_A_05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7C4B5" w14:textId="77777777" w:rsidR="00CC0AC7" w:rsidRDefault="00CC0AC7">
      <w:r>
        <w:separator/>
      </w:r>
    </w:p>
  </w:footnote>
  <w:footnote w:type="continuationSeparator" w:id="0">
    <w:p w14:paraId="5E492CFA" w14:textId="77777777" w:rsidR="00CC0AC7" w:rsidRDefault="00CC0A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9982190">
    <w:abstractNumId w:val="8"/>
  </w:num>
  <w:num w:numId="2" w16cid:durableId="12540763">
    <w:abstractNumId w:val="6"/>
  </w:num>
  <w:num w:numId="3" w16cid:durableId="65883658">
    <w:abstractNumId w:val="5"/>
  </w:num>
  <w:num w:numId="4" w16cid:durableId="1321691281">
    <w:abstractNumId w:val="4"/>
  </w:num>
  <w:num w:numId="5" w16cid:durableId="151608957">
    <w:abstractNumId w:val="7"/>
  </w:num>
  <w:num w:numId="6" w16cid:durableId="2046057024">
    <w:abstractNumId w:val="3"/>
  </w:num>
  <w:num w:numId="7" w16cid:durableId="48456557">
    <w:abstractNumId w:val="2"/>
  </w:num>
  <w:num w:numId="8" w16cid:durableId="2024280615">
    <w:abstractNumId w:val="1"/>
  </w:num>
  <w:num w:numId="9" w16cid:durableId="162550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44A6"/>
    <w:rsid w:val="0015074B"/>
    <w:rsid w:val="00191E62"/>
    <w:rsid w:val="0029639D"/>
    <w:rsid w:val="002E4650"/>
    <w:rsid w:val="00326F90"/>
    <w:rsid w:val="00356117"/>
    <w:rsid w:val="00472D78"/>
    <w:rsid w:val="00486273"/>
    <w:rsid w:val="005036E2"/>
    <w:rsid w:val="006B2A3D"/>
    <w:rsid w:val="006C103E"/>
    <w:rsid w:val="007916FA"/>
    <w:rsid w:val="009D75CC"/>
    <w:rsid w:val="00A51F85"/>
    <w:rsid w:val="00AA1D8D"/>
    <w:rsid w:val="00AF2B6B"/>
    <w:rsid w:val="00B47730"/>
    <w:rsid w:val="00C35C5D"/>
    <w:rsid w:val="00CB0664"/>
    <w:rsid w:val="00CC0AC7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17908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322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Baciu Silvia</cp:lastModifiedBy>
  <cp:revision>5</cp:revision>
  <dcterms:created xsi:type="dcterms:W3CDTF">2013-12-23T23:15:00Z</dcterms:created>
  <dcterms:modified xsi:type="dcterms:W3CDTF">2026-09-09T08:50:00Z</dcterms:modified>
  <cp:category/>
</cp:coreProperties>
</file>