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E7FC3" w14:paraId="3A1AC68B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436AEE2" w14:textId="77777777" w:rsidR="005E7FC3" w:rsidRDefault="005E7FC3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70EBA94D" wp14:editId="1BCAD939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00492" w14:textId="77777777" w:rsidR="005E7FC3" w:rsidRDefault="005E7FC3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4D1C212A" w14:textId="77777777" w:rsidR="005E7FC3" w:rsidRPr="00032D94" w:rsidRDefault="005E7FC3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4B313714" w14:textId="77777777" w:rsidR="005E7FC3" w:rsidRPr="00025631" w:rsidRDefault="005E7FC3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5E7FC3" w14:paraId="44BA0FF4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303F98E4" w14:textId="77777777" w:rsidR="005E7FC3" w:rsidRDefault="005E7FC3" w:rsidP="00D82754"/>
        </w:tc>
        <w:tc>
          <w:tcPr>
            <w:tcW w:w="8030" w:type="dxa"/>
            <w:gridSpan w:val="3"/>
            <w:shd w:val="clear" w:color="auto" w:fill="F0F0F0"/>
          </w:tcPr>
          <w:p w14:paraId="12D926DE" w14:textId="77777777" w:rsidR="005E7FC3" w:rsidRDefault="005E7FC3" w:rsidP="00D82754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2FB4C36E" w14:textId="77777777" w:rsidR="005E7FC3" w:rsidRPr="00025631" w:rsidRDefault="005E7FC3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5E7FC3" w14:paraId="49F60DD4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3102D7F0" w14:textId="77777777" w:rsidR="005E7FC3" w:rsidRDefault="005E7FC3" w:rsidP="00D82754"/>
        </w:tc>
        <w:tc>
          <w:tcPr>
            <w:tcW w:w="2409" w:type="dxa"/>
            <w:shd w:val="clear" w:color="auto" w:fill="F0F0F0"/>
          </w:tcPr>
          <w:p w14:paraId="5522D2ED" w14:textId="77777777" w:rsidR="005E7FC3" w:rsidRPr="00F801F2" w:rsidRDefault="005E7FC3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3402A58A" w14:textId="77777777" w:rsidR="005E7FC3" w:rsidRPr="00025631" w:rsidRDefault="005E7FC3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49577FF" w14:textId="77777777" w:rsidR="005E7FC3" w:rsidRPr="00025631" w:rsidRDefault="005E7FC3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55295BCF" w14:textId="77777777" w:rsidR="005E7FC3" w:rsidRDefault="005E7FC3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2EB3FCCD" w14:textId="77777777" w:rsidR="005E7FC3" w:rsidRPr="00025631" w:rsidRDefault="005E7FC3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5E7FC3" w14:paraId="1A842C48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F7D512F" w14:textId="77777777" w:rsidR="005E7FC3" w:rsidRDefault="005E7FC3" w:rsidP="00D82754"/>
        </w:tc>
        <w:tc>
          <w:tcPr>
            <w:tcW w:w="4818" w:type="dxa"/>
            <w:gridSpan w:val="2"/>
            <w:shd w:val="clear" w:color="auto" w:fill="F0F0F0"/>
          </w:tcPr>
          <w:p w14:paraId="05A069BF" w14:textId="77777777" w:rsidR="005E7FC3" w:rsidRDefault="005E7FC3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60566A0" w14:textId="77777777" w:rsidR="005E7FC3" w:rsidRDefault="005E7FC3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483F08B4" w14:textId="77777777" w:rsidR="005E7FC3" w:rsidRDefault="005E7FC3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353DAF8B" w14:textId="77777777" w:rsidR="005E7FC3" w:rsidRDefault="005E7FC3" w:rsidP="00D82754">
            <w:pPr>
              <w:keepNext/>
            </w:pPr>
          </w:p>
        </w:tc>
      </w:tr>
      <w:tr w:rsidR="005E7FC3" w:rsidRPr="0021562A" w14:paraId="2DC81C1F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BA39641" w14:textId="77777777" w:rsidR="005E7FC3" w:rsidRPr="00F801F2" w:rsidRDefault="005E7FC3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8A071D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8A071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14:paraId="10337CF3" w14:textId="07565CEC" w:rsidR="00BD4241" w:rsidRPr="00A256C2" w:rsidRDefault="008A70AE">
            <w:pPr>
              <w:keepNext/>
              <w:rPr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8A071D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A256C2">
              <w:rPr>
                <w:lang w:val="fr-FR"/>
              </w:rPr>
              <w:t xml:space="preserve"> </w:t>
            </w: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8A071D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 xml:space="preserve">Cererea va fi transmisă către președintele consiliului județean, primarul general, primarul de sector sau primarul </w:t>
            </w:r>
            <w:r w:rsidRPr="00A256C2">
              <w:rPr>
                <w:lang w:val="fr-FR"/>
              </w:rPr>
              <w:t>municipiului / orașului / comunei, după caz.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8A071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8A071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8A071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r>
              <w:rPr>
                <w:b/>
                <w:color w:val="0D5F78"/>
              </w:rPr>
              <w:t>poștal</w:t>
            </w:r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8A071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8A071D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8A071D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 xml:space="preserve">în conformitate cu prevederile Legii nr. 169/2026 privind </w:t>
      </w:r>
      <w:r w:rsidRPr="00232B9E">
        <w:rPr>
          <w:sz w:val="18"/>
          <w:lang w:val="fr-FR"/>
        </w:rPr>
        <w:t>Codul amenajării teritoriului, urbanismului și construcțiilor,</w:t>
      </w:r>
    </w:p>
    <w:p w14:paraId="55F72AB1" w14:textId="77777777" w:rsidR="00BD4241" w:rsidRPr="00232B9E" w:rsidRDefault="008A071D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14:paraId="458BA7BA" w14:textId="77777777" w:rsidR="00917520" w:rsidRDefault="008A071D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8A071D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8A071D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în </w:t>
            </w:r>
            <w:r w:rsidR="00A256C2">
              <w:rPr>
                <w:sz w:val="16"/>
              </w:rPr>
              <w:t>vederea realizării obiectivului de investiții</w:t>
            </w:r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8A071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8A071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14:paraId="2511787E" w14:textId="77777777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</w:t>
            </w:r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8A071D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8A071D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8A071D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8A071D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</w:t>
            </w:r>
            <w:r w:rsidRPr="00A256C2">
              <w:rPr>
                <w:sz w:val="16"/>
                <w:lang w:val="fr-FR"/>
              </w:rPr>
              <w:t>special</w:t>
            </w:r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8A071D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</w:t>
            </w:r>
            <w:r w:rsidRPr="00A256C2">
              <w:rPr>
                <w:sz w:val="16"/>
                <w:lang w:val="fr-FR"/>
              </w:rPr>
              <w:t xml:space="preserve">afara zonelor construite protejate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8A071D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8A071D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8A071D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monument istoric stabilite potrivit Legii nr. 422/2001 privind protejarea monumentelor istorice, republicată, cu modificările și completările ulterioare, inclusiv la anexele acestora </w:t>
            </w:r>
            <w:r>
              <w:rPr>
                <w:sz w:val="16"/>
              </w:rPr>
              <w:t>identificate în același imobil (teren și/sau construcții)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8A071D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aflate în zona de protecție a monumentelor istorice</w:t>
            </w:r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aflate în zone construite protejate, stabilite potrivit legii</w:t>
            </w:r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8A071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cu valoare arhitecturală sau istorică deosebită, stabilite prin </w:t>
            </w:r>
            <w:r w:rsidRPr="00A256C2">
              <w:rPr>
                <w:sz w:val="16"/>
                <w:lang w:val="fr-FR"/>
              </w:rPr>
              <w:t>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8A071D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8A071D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8A071D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</w:t>
            </w:r>
            <w:r>
              <w:rPr>
                <w:sz w:val="16"/>
              </w:rPr>
              <w:t>zăcăminte naturale     ☐ spații verzi, plantate     ☐ spații publice     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8A071D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infrastructură de transport</w:t>
            </w:r>
          </w:p>
          <w:p w14:paraId="05C62BB3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infrastructură energetică</w:t>
            </w:r>
          </w:p>
          <w:p w14:paraId="1E87347E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rețele de comunicații electronice</w:t>
            </w:r>
          </w:p>
          <w:p w14:paraId="43F594AA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gospodărirea apelor</w:t>
            </w:r>
          </w:p>
          <w:p w14:paraId="3F55129D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hidrotehnice</w:t>
            </w:r>
          </w:p>
          <w:p w14:paraId="3DB7F2E4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miniere</w:t>
            </w:r>
          </w:p>
          <w:p w14:paraId="54EDF735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8A071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8A071D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8A071D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8A071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</w:t>
            </w:r>
            <w:r w:rsidRPr="00A256C2">
              <w:rPr>
                <w:sz w:val="16"/>
                <w:lang w:val="fr-FR"/>
              </w:rPr>
              <w:t xml:space="preserve"> format digital, la adresa de e-mail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8A071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8A071D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8A071D">
            <w:r>
              <w:rPr>
                <w:b/>
                <w:color w:val="0D5F78"/>
              </w:rPr>
              <w:t>Solicitantul</w:t>
            </w:r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8A071D">
            <w:r>
              <w:rPr>
                <w:b/>
                <w:color w:val="0D5F78"/>
              </w:rPr>
              <w:t>Semnătura</w:t>
            </w:r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5988" w14:textId="77777777" w:rsidR="00CF1825" w:rsidRDefault="00CF1825">
      <w:r>
        <w:separator/>
      </w:r>
    </w:p>
  </w:endnote>
  <w:endnote w:type="continuationSeparator" w:id="0">
    <w:p w14:paraId="54B10DCA" w14:textId="77777777" w:rsidR="00CF1825" w:rsidRDefault="00CF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8A071D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32FA" w14:textId="77777777" w:rsidR="00CF1825" w:rsidRDefault="00CF1825">
      <w:r>
        <w:separator/>
      </w:r>
    </w:p>
  </w:footnote>
  <w:footnote w:type="continuationSeparator" w:id="0">
    <w:p w14:paraId="4B8A2C76" w14:textId="77777777" w:rsidR="00CF1825" w:rsidRDefault="00CF1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4E4A5E"/>
    <w:rsid w:val="00501B0D"/>
    <w:rsid w:val="005E7FC3"/>
    <w:rsid w:val="006C103E"/>
    <w:rsid w:val="00745F29"/>
    <w:rsid w:val="00850B64"/>
    <w:rsid w:val="008A071D"/>
    <w:rsid w:val="008A70AE"/>
    <w:rsid w:val="00917520"/>
    <w:rsid w:val="009511F8"/>
    <w:rsid w:val="00A256C2"/>
    <w:rsid w:val="00A51F85"/>
    <w:rsid w:val="00AA1D8D"/>
    <w:rsid w:val="00B47730"/>
    <w:rsid w:val="00BD4241"/>
    <w:rsid w:val="00C35C5D"/>
    <w:rsid w:val="00CB0664"/>
    <w:rsid w:val="00CF1825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E7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F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FC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F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FC3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7FC3"/>
    <w:pPr>
      <w:spacing w:after="0" w:line="240" w:lineRule="auto"/>
    </w:pPr>
    <w:rPr>
      <w:rFonts w:ascii="Times New Roman" w:hAnsi="Times New Roman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633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5</cp:revision>
  <dcterms:created xsi:type="dcterms:W3CDTF">2013-12-23T23:15:00Z</dcterms:created>
  <dcterms:modified xsi:type="dcterms:W3CDTF">2026-09-09T08:53:00Z</dcterms:modified>
  <cp:category/>
</cp:coreProperties>
</file>