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00CE2" w14:paraId="59DFCB1C" w14:textId="77777777" w:rsidTr="00D82754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4AC478B" w14:textId="77777777" w:rsidR="00900CE2" w:rsidRDefault="00900CE2" w:rsidP="00D82754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3A284887" wp14:editId="36733B4F">
                  <wp:extent cx="882650" cy="1403985"/>
                  <wp:effectExtent l="0" t="0" r="0" b="5715"/>
                  <wp:docPr id="226019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19289" name="Picture 226019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417F8E" w14:textId="77777777" w:rsidR="00900CE2" w:rsidRDefault="00900CE2" w:rsidP="00D8275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BC73F2E" w14:textId="77777777" w:rsidR="00900CE2" w:rsidRPr="00032D94" w:rsidRDefault="00900CE2" w:rsidP="00D82754">
            <w:pPr>
              <w:keepNext/>
              <w:rPr>
                <w:sz w:val="11"/>
                <w:szCs w:val="18"/>
              </w:rPr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</w:t>
            </w:r>
            <w:r>
              <w:t xml:space="preserve">  </w:t>
            </w:r>
          </w:p>
          <w:p w14:paraId="15CFA453" w14:textId="77777777" w:rsidR="00900CE2" w:rsidRPr="00025631" w:rsidRDefault="00900CE2" w:rsidP="00D82754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900CE2" w14:paraId="1AD89BF4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797FCB88" w14:textId="77777777" w:rsidR="00900CE2" w:rsidRDefault="00900CE2" w:rsidP="00D82754"/>
        </w:tc>
        <w:tc>
          <w:tcPr>
            <w:tcW w:w="8030" w:type="dxa"/>
            <w:gridSpan w:val="3"/>
            <w:shd w:val="clear" w:color="auto" w:fill="F0F0F0"/>
          </w:tcPr>
          <w:p w14:paraId="36B022DB" w14:textId="77777777" w:rsidR="00900CE2" w:rsidRDefault="00900CE2" w:rsidP="00D82754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administrației publice</w:t>
            </w:r>
          </w:p>
          <w:p w14:paraId="1E360E8B" w14:textId="77777777" w:rsidR="00900CE2" w:rsidRPr="00025631" w:rsidRDefault="00900CE2" w:rsidP="00D82754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              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PRIMĂRIA MUNICIPIULUI ALBA IULIA</w:t>
            </w:r>
          </w:p>
        </w:tc>
      </w:tr>
      <w:tr w:rsidR="00900CE2" w14:paraId="4DD1EB28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02E38EA0" w14:textId="77777777" w:rsidR="00900CE2" w:rsidRDefault="00900CE2" w:rsidP="00D82754"/>
        </w:tc>
        <w:tc>
          <w:tcPr>
            <w:tcW w:w="2409" w:type="dxa"/>
            <w:shd w:val="clear" w:color="auto" w:fill="F0F0F0"/>
          </w:tcPr>
          <w:p w14:paraId="6EE33F54" w14:textId="77777777" w:rsidR="00900CE2" w:rsidRPr="00F801F2" w:rsidRDefault="00900CE2" w:rsidP="00D8275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F0163FE" w14:textId="77777777" w:rsidR="00900CE2" w:rsidRPr="00025631" w:rsidRDefault="00900CE2" w:rsidP="00D82754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456292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365D607" w14:textId="77777777" w:rsidR="00900CE2" w:rsidRPr="00025631" w:rsidRDefault="00900CE2" w:rsidP="00D82754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oficială               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Calea </w:t>
            </w:r>
            <w:proofErr w:type="spellStart"/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Moților</w:t>
            </w:r>
            <w:proofErr w:type="spellEnd"/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, Nr. 5A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510134 Alba Iulia</w:t>
            </w:r>
          </w:p>
          <w:p w14:paraId="44D07A59" w14:textId="77777777" w:rsidR="00900CE2" w:rsidRDefault="00900CE2" w:rsidP="00D82754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       </w:t>
            </w:r>
          </w:p>
          <w:p w14:paraId="0CF27DD4" w14:textId="77777777" w:rsidR="00900CE2" w:rsidRPr="00025631" w:rsidRDefault="00900CE2" w:rsidP="00D82754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819462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· office@apulum.ro</w:t>
            </w:r>
          </w:p>
        </w:tc>
      </w:tr>
      <w:tr w:rsidR="00900CE2" w14:paraId="60734179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09373FC4" w14:textId="77777777" w:rsidR="00900CE2" w:rsidRDefault="00900CE2" w:rsidP="00D82754"/>
        </w:tc>
        <w:tc>
          <w:tcPr>
            <w:tcW w:w="4818" w:type="dxa"/>
            <w:gridSpan w:val="2"/>
            <w:shd w:val="clear" w:color="auto" w:fill="F0F0F0"/>
          </w:tcPr>
          <w:p w14:paraId="2795FAB3" w14:textId="77777777" w:rsidR="00900CE2" w:rsidRDefault="00900CE2" w:rsidP="00D82754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FBF7D38" w14:textId="77777777" w:rsidR="00900CE2" w:rsidRDefault="00900CE2" w:rsidP="00D8275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0339F2B" w14:textId="77777777" w:rsidR="00900CE2" w:rsidRDefault="00900CE2" w:rsidP="00D8275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76DF595" w14:textId="77777777" w:rsidR="00900CE2" w:rsidRDefault="00900CE2" w:rsidP="00D82754">
            <w:pPr>
              <w:keepNext/>
            </w:pPr>
          </w:p>
        </w:tc>
      </w:tr>
      <w:tr w:rsidR="00900CE2" w:rsidRPr="0021562A" w14:paraId="62E9B096" w14:textId="77777777" w:rsidTr="00D82754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0A3B1D3" w14:textId="77777777" w:rsidR="00900CE2" w:rsidRPr="00F801F2" w:rsidRDefault="00900CE2" w:rsidP="00D8275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4F1136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4F1136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4F1136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6086CD16" w:rsidR="00AD35FD" w:rsidRPr="007050CD" w:rsidRDefault="004F1136" w:rsidP="007050CD">
            <w:pPr>
              <w:keepNext/>
              <w:rPr>
                <w:lang w:val="fr-FR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ARUL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MUNICIPIULUI ALBA IULIA</w:t>
            </w: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4F1136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4F1136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4F1136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4F1136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4F1136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4F1136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4F1136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4F1136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4F1136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4F1136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4F1136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4F1136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4F1136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4F1136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4F1136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4F1136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4F1136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4F1136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4F1136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4F1136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4F1136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4F1136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4F1136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4F1136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4F1136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4F1136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4F1136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4F1136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22549" w14:textId="77777777" w:rsidR="00AA1E67" w:rsidRDefault="00AA1E67">
      <w:r>
        <w:separator/>
      </w:r>
    </w:p>
  </w:endnote>
  <w:endnote w:type="continuationSeparator" w:id="0">
    <w:p w14:paraId="1F986C71" w14:textId="77777777" w:rsidR="00AA1E67" w:rsidRDefault="00AA1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4F1136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2F6F" w14:textId="77777777" w:rsidR="00AA1E67" w:rsidRDefault="00AA1E67">
      <w:r>
        <w:separator/>
      </w:r>
    </w:p>
  </w:footnote>
  <w:footnote w:type="continuationSeparator" w:id="0">
    <w:p w14:paraId="2D200249" w14:textId="77777777" w:rsidR="00AA1E67" w:rsidRDefault="00AA1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4F1136"/>
    <w:rsid w:val="005E6036"/>
    <w:rsid w:val="006C103E"/>
    <w:rsid w:val="007050CD"/>
    <w:rsid w:val="008E3393"/>
    <w:rsid w:val="00900CE2"/>
    <w:rsid w:val="00A51F85"/>
    <w:rsid w:val="00AA1D8D"/>
    <w:rsid w:val="00AA1E67"/>
    <w:rsid w:val="00AD35FD"/>
    <w:rsid w:val="00B47730"/>
    <w:rsid w:val="00B769B5"/>
    <w:rsid w:val="00C35C5D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3</cp:revision>
  <dcterms:created xsi:type="dcterms:W3CDTF">2013-12-23T23:15:00Z</dcterms:created>
  <dcterms:modified xsi:type="dcterms:W3CDTF">2026-09-09T08:51:00Z</dcterms:modified>
  <cp:category/>
</cp:coreProperties>
</file>